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CASH RECEIPT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Receipt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CR-[0001]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ISSUED BY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RECEIVED 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[Payer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 or 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PAYMENT RECEIVED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AMOUNT RECEIVED (FIGURES)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[CUR] [0.00]</w:t>
            </w:r>
          </w:p>
        </w:tc>
        <w:tc>
          <w:tcPr>
            <w:tcW w:type="dxa" w:w="5046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AMOUNT IN WORDS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                           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FOR / IN RESPECT OF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[Goods, service, invoice or account]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METHOD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☒ Cash  ☐ Other: [   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BY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[Name]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6803"/>
        <w:gridCol w:w="3288"/>
      </w:tblGrid>
      <w:tr>
        <w:tc>
          <w:tcPr>
            <w:tcW w:type="dxa" w:w="680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3288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due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Cash received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Change given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Balance outstanding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NOTES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[No refunds on cash payments after 7 days without this receipt.]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BY (CASHIER)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PAYER (OPTIONAL)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Cash receipt template — freeinvoicecreatortool.com/receipt-maker/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Receipt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