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851"/>
        <w:gridCol w:w="4241"/>
      </w:tblGrid>
      <w:tr>
        <w:tc>
          <w:tcPr>
            <w:tcW w:type="dxa" w:w="5851"/>
          </w:tcPr>
          <w:p>
            <w:pPr>
              <w:spacing w:after="80"/>
            </w:pPr>
            <w:r/>
            <w:r>
              <w:rPr>
                <w:rFonts w:ascii="Calibri" w:hAnsi="Calibri"/>
                <w:b/>
                <w:i w:val="0"/>
                <w:color w:val="667085"/>
                <w:sz w:val="18"/>
              </w:rPr>
              <w:t>[LOGO]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8"/>
              </w:rPr>
              <w:t>[Your Company Name]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>[Address line 1, City, Country]  |  [Phone]  |  [Email]</w:t>
            </w:r>
          </w:p>
        </w:tc>
        <w:tc>
          <w:tcPr>
            <w:tcW w:type="dxa" w:w="4241"/>
          </w:tcPr>
          <w:p>
            <w:pPr>
              <w:spacing w:after="8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48"/>
              </w:rPr>
              <w:t>COMMERCIAL INVOICE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Invoice no.: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CI-[0001]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Invoice date: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Incoterms: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[EXW / FOB / CIF / DAP / DDP] [place]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Currency: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[USD]</w:t>
            </w:r>
          </w:p>
        </w:tc>
      </w:tr>
    </w:tbl>
    <w:p>
      <w:pPr>
        <w:spacing w:after="120"/>
        <w:pBdr>
          <w:bottom w:val="single" w:sz="10" w:space="1" w:color="1A2438"/>
        </w:pBdr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EXPORTER / SELLER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[Company]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[City, Country]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Tax / EORI no.: [   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[Phone]  ·  [Email]</w:t>
            </w:r>
          </w:p>
        </w:tc>
        <w:tc>
          <w:tcPr>
            <w:tcW w:type="dxa" w:w="3364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IMPORTER / BUYER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[Company]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[City, Country]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Importer / tax no.: [   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[Phone]  ·  [Email]</w:t>
            </w:r>
          </w:p>
        </w:tc>
        <w:tc>
          <w:tcPr>
            <w:tcW w:type="dxa" w:w="3364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SHIP TO (IF DIFFERENT)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[Company]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[City, Country]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[Contact / phone]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COUNTRY OF ORIGIN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[Country]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COUNTRY OF DESTINATION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[Country]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MODE / CARRIER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[Air / Sea / Road]  [Carrier]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AWB / BL / WAYBILL NO.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   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  <w:tblLayout w:type="fixed"/>
      </w:tblPr>
      <w:tblGrid>
        <w:gridCol w:w="3175"/>
        <w:gridCol w:w="1247"/>
        <w:gridCol w:w="907"/>
        <w:gridCol w:w="794"/>
        <w:gridCol w:w="1361"/>
        <w:gridCol w:w="1247"/>
        <w:gridCol w:w="1361"/>
      </w:tblGrid>
      <w:tr>
        <w:tc>
          <w:tcPr>
            <w:tcW w:type="dxa" w:w="3175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DESCRIPTION OF GOODS</w:t>
            </w:r>
          </w:p>
        </w:tc>
        <w:tc>
          <w:tcPr>
            <w:tcW w:type="dxa" w:w="1247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HS CODE</w:t>
            </w:r>
          </w:p>
        </w:tc>
        <w:tc>
          <w:tcPr>
            <w:tcW w:type="dxa" w:w="907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QTY</w:t>
            </w:r>
          </w:p>
        </w:tc>
        <w:tc>
          <w:tcPr>
            <w:tcW w:type="dxa" w:w="794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UNIT</w:t>
            </w:r>
          </w:p>
        </w:tc>
        <w:tc>
          <w:tcPr>
            <w:tcW w:type="dxa" w:w="1361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UNIT PRICE</w:t>
            </w:r>
          </w:p>
        </w:tc>
        <w:tc>
          <w:tcPr>
            <w:tcW w:type="dxa" w:w="1247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NET WT (KG)</w:t>
            </w:r>
          </w:p>
        </w:tc>
        <w:tc>
          <w:tcPr>
            <w:tcW w:type="dxa" w:w="1361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TOTAL VALUE</w:t>
            </w:r>
          </w:p>
        </w:tc>
      </w:tr>
      <w:tr>
        <w:tc>
          <w:tcPr>
            <w:tcW w:type="dxa" w:w="3175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79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3175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79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3175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79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3175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79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3175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79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556"/>
        <w:gridCol w:w="2608"/>
        <w:gridCol w:w="1928"/>
      </w:tblGrid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Total goods value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Freight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Insurance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  <w:shd w:val="clear" w:color="auto" w:fill="E8F2FD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Total invoice value</w:t>
            </w:r>
          </w:p>
        </w:tc>
        <w:tc>
          <w:tcPr>
            <w:tcW w:type="dxa" w:w="1928"/>
            <w:shd w:val="clear" w:color="auto" w:fill="E8F2FD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[CUR] [0.00]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NO. OF PACKAGES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[0]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GROSS WEIGHT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[0.00] kg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REASON FOR EXPORT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☐ Sale ☐ Sample ☐ Repair ☐ Return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TERMS OF PAYMENT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[e.g. 30 days / LC]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DECLARATION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172033"/>
          <w:sz w:val="19"/>
        </w:rPr>
        <w:t>[I declare that the information on this invoice is true and correct and that the goods are of [country] origin.]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EXPORTER — AUTHORISED SIGNATURE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  <w:tc>
          <w:tcPr>
            <w:tcW w:type="dxa" w:w="3364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NAME AND POSITION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  <w:tc>
          <w:tcPr>
            <w:tcW w:type="dxa" w:w="3364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PLACE AND DATE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</w:tr>
    </w:tbl>
    <w:p>
      <w:pPr>
        <w:spacing w:before="120"/>
        <w:jc w:val="center"/>
      </w:pPr>
      <w:r>
        <w:rPr>
          <w:rFonts w:ascii="Calibri" w:hAnsi="Calibri"/>
          <w:b w:val="0"/>
          <w:i/>
          <w:color w:val="667085"/>
          <w:sz w:val="16"/>
        </w:rPr>
        <w:t>Commercial invoice template — freeinvoicecreatortool.com/blog/commercial-invoice/  ·  Confirm destination customs requirements.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Invoice Template</dc:title>
  <dc:subject/>
  <dc:creator>Free Invoice Creator Tool</dc:creator>
  <cp:keywords/>
  <dc:description>Editable Word template from freeinvoicecreatortool.com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