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Quote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QUO-[0001]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Valid until: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Project: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[Project / site name]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CONTRACTOR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Licence / registration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CLIENT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[Client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[Site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PROGRAMME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[Start]  →  [Completion]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SCHEDULE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[Deposit / stage payments]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RETENTION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[0]%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CURRENCY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SCHEDULE OF WORKS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680"/>
        <w:gridCol w:w="4876"/>
        <w:gridCol w:w="907"/>
        <w:gridCol w:w="794"/>
        <w:gridCol w:w="1361"/>
        <w:gridCol w:w="1474"/>
      </w:tblGrid>
      <w:tr>
        <w:tc>
          <w:tcPr>
            <w:tcW w:type="dxa" w:w="680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4876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WORK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794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794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Works 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Preliminaries / site setup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Contingency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Quoted total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INCLUSIONS AND EXCLUSIONS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[Included: labour, materials listed, waste removal. Excluded: permits, structural surveys, works not listed above — quoted as variations.]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ACCEPTED FOR THE CUSTOMER (NAME, SIGNATURE, DATE)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PREPARED BY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Construction / contractor quotation template — freeinvoicecreatortool.com/quotation-maker/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Quotation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