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DELIVERY NOTE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Delivery note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DN-[0001]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Customer order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[PO-0000]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[INV-0000]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FROM (SUPPLIER)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Company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DELIVER TO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[Customer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[Delivery 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[Contact name &amp; phone]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DELIVERED BY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[Own van / courier]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DRIVER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[Name]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VEHICLE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[Plate]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DELIVERY WINDOW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[HH:MM – HH:MM]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1474"/>
        <w:gridCol w:w="4309"/>
        <w:gridCol w:w="1247"/>
        <w:gridCol w:w="1361"/>
        <w:gridCol w:w="1701"/>
      </w:tblGrid>
      <w:tr>
        <w:tc>
          <w:tcPr>
            <w:tcW w:type="dxa" w:w="1474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 CODE</w:t>
            </w:r>
          </w:p>
        </w:tc>
        <w:tc>
          <w:tcPr>
            <w:tcW w:type="dxa" w:w="4309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124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ORDERED</w:t>
            </w:r>
          </w:p>
        </w:tc>
        <w:tc>
          <w:tcPr>
            <w:tcW w:type="dxa" w:w="136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DELIVERED</w:t>
            </w:r>
          </w:p>
        </w:tc>
        <w:tc>
          <w:tcPr>
            <w:tcW w:type="dxa" w:w="170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TO FOLLOW</w:t>
            </w:r>
          </w:p>
        </w:tc>
      </w:tr>
      <w:tr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30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30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30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30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30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30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30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30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30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items delivered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packages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Items to follow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DELIVERY INSTRUCTIONS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[Access, opening hours, where to leave goods.]</w:t>
      </w: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CONDITION ON RECEIPT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☐ Received complete and undamaged     ☐ Received with the following shortages / damage: ______________________________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DISPATCHED BY (SUPPLIER)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DELIVERED BY (DRIVER)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RECEIVED BY (CUSTOMER)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Delivery note template — freeinvoicecreatortool.com/delivery-note/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 Note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