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DEPOSIT RECEIPT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Receipt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DR-[0001]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 paid: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Quote / order / invoice ref.: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   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Currency: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[USD]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ISSUED BY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Company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VAT no.: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RECEIVED 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[Customer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PAYMENT METHOD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[Cash / Card / Bank transfer / Mobile money]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AMOUNT RECEIVED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[CUR] [0.00]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DATE PAID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DEPOSIT IS FOR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[Order / booking / job description]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6803"/>
        <w:gridCol w:w="3288"/>
      </w:tblGrid>
      <w:tr>
        <w:tc>
          <w:tcPr>
            <w:tcW w:type="dxa" w:w="6803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3288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Total contract / order value</w:t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Less: deposit received today</w:t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Less: previous payments (if any)</w:t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6803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3288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Order / contract 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Paid to date (incl. this payment)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Balance due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BALANCE DUE BY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[DD/MM/YYYY]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DEPOSIT REFUNDABLE?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Yes  ☐ No  ☐ Partly: [   ]</w:t>
            </w:r>
          </w:p>
        </w:tc>
        <w:tc>
          <w:tcPr>
            <w:tcW w:type="dxa" w:w="3364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NEXT PAYMENT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[Amount / date]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TERMS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[The balance is payable on completion / before delivery. Refund conditions as agreed in the quotation.]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RECEIVED BY (NAME AND SIGNATURE)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5046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PAYER (OPTIONAL)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Deposit / part-payment receipt template — freeinvoicecreatortool.com/receipt-maker/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 Receipt Template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