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851"/>
        <w:gridCol w:w="4241"/>
      </w:tblGrid>
      <w:tr>
        <w:tc>
          <w:tcPr>
            <w:tcW w:type="dxa" w:w="5851"/>
          </w:tcPr>
          <w:p>
            <w:pPr>
              <w:spacing w:after="80"/>
            </w:pPr>
            <w:r/>
            <w:r>
              <w:rPr>
                <w:rFonts w:ascii="Calibri" w:hAnsi="Calibri"/>
                <w:b/>
                <w:i w:val="0"/>
                <w:color w:val="667085"/>
                <w:sz w:val="18"/>
              </w:rPr>
              <w:t>[LOGO]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8"/>
              </w:rPr>
              <w:t>[Your Company Name]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>[Address line 1, City, Country]  |  [Phone]  |  [Email]</w:t>
            </w:r>
          </w:p>
        </w:tc>
        <w:tc>
          <w:tcPr>
            <w:tcW w:type="dxa" w:w="4241"/>
          </w:tcPr>
          <w:p>
            <w:pPr>
              <w:spacing w:after="8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48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no.: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INV-[0001]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Invoice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Due date: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[DD/MM/YYYY]  (Net [14])</w:t>
            </w:r>
          </w:p>
          <w:p>
            <w:pPr>
              <w:spacing w:after="0"/>
              <w:jc w:val="right"/>
            </w:pPr>
            <w:r>
              <w:rPr>
                <w:rFonts w:ascii="Calibri" w:hAnsi="Calibri"/>
                <w:b w:val="0"/>
                <w:i w:val="0"/>
                <w:color w:val="667085"/>
                <w:sz w:val="18"/>
              </w:rPr>
              <w:t xml:space="preserve">Project / proposal ref.:  </w:t>
            </w:r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[PRO-000]</w:t>
            </w:r>
          </w:p>
        </w:tc>
      </w:tr>
    </w:tbl>
    <w:p>
      <w:pPr>
        <w:spacing w:after="120"/>
        <w:pBdr>
          <w:bottom w:val="single" w:sz="10" w:space="1" w:color="1A2438"/>
        </w:pBdr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FROM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[Your name / trading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[City, Country]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[Phone]  ·  [Email]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no. (if registered): [   ]</w:t>
            </w:r>
          </w:p>
        </w:tc>
        <w:tc>
          <w:tcPr>
            <w:tcW w:type="dxa" w:w="5046"/>
          </w:tcPr>
          <w:p>
            <w:pPr>
              <w:spacing w:after="40"/>
            </w:pPr>
            <w:r/>
            <w:r>
              <w:rPr>
                <w:rFonts w:ascii="Calibri" w:hAnsi="Calibri"/>
                <w:b/>
                <w:i w:val="0"/>
                <w:color w:val="006DD9"/>
                <w:sz w:val="16"/>
              </w:rPr>
              <w:t>BILL TO</w:t>
            </w:r>
          </w:p>
          <w:p>
            <w:pPr>
              <w:spacing w:after="20" w:before="0"/>
            </w:pPr>
            <w:r>
              <w:rPr>
                <w:rFonts w:ascii="Calibri" w:hAnsi="Calibri"/>
                <w:b/>
                <w:i w:val="0"/>
                <w:color w:val="172033"/>
                <w:sz w:val="21"/>
              </w:rPr>
              <w:t>[Client name]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[Company]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[Accounts email]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[Address]</w:t>
            </w:r>
          </w:p>
          <w:p>
            <w:pPr>
              <w:spacing w:after="20" w:before="0"/>
            </w:pPr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PO no.: [   ]</w:t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single" w:sz="4" w:space="0" w:color="DDE4EE"/>
          <w:left w:val="single" w:sz="4" w:space="0" w:color="DDE4EE"/>
          <w:bottom w:val="single" w:sz="4" w:space="0" w:color="DDE4EE"/>
          <w:right w:val="single" w:sz="4" w:space="0" w:color="DDE4EE"/>
          <w:insideH w:val="single" w:sz="4" w:space="0" w:color="DDE4EE"/>
          <w:insideV w:val="single" w:sz="4" w:space="0" w:color="DDE4EE"/>
        </w:tblBorders>
        <w:tblLayout w:type="fixed"/>
        <w:tblLayout w:type="fixed"/>
      </w:tblPr>
      <w:tblGrid>
        <w:gridCol w:w="4876"/>
        <w:gridCol w:w="1474"/>
        <w:gridCol w:w="1701"/>
        <w:gridCol w:w="2041"/>
      </w:tblGrid>
      <w:tr>
        <w:tc>
          <w:tcPr>
            <w:tcW w:type="dxa" w:w="4876"/>
            <w:shd w:val="clear" w:color="auto" w:fill="1A2438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DESCRIPTION OF WORK / PERIOD</w:t>
            </w:r>
          </w:p>
        </w:tc>
        <w:tc>
          <w:tcPr>
            <w:tcW w:type="dxa" w:w="1474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HOURS / UNITS</w:t>
            </w:r>
          </w:p>
        </w:tc>
        <w:tc>
          <w:tcPr>
            <w:tcW w:type="dxa" w:w="170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RATE</w:t>
            </w:r>
          </w:p>
        </w:tc>
        <w:tc>
          <w:tcPr>
            <w:tcW w:type="dxa" w:w="2041"/>
            <w:shd w:val="clear" w:color="auto" w:fill="1A243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[Project name] — milestone [1 of 3]: [deliverable]</w:t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1</w:t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Additional work outside scope — approved [date]</w:t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[0]</w:t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Expenses recharged at cost (receipts attached)</w:t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1</w:t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Less deposit received [date] — invoice [INV-0000]</w:t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1</w:t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-[0.00]</w:t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  <w:t>-[0.00]</w:t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  <w:tr>
        <w:tc>
          <w:tcPr>
            <w:tcW w:type="dxa" w:w="4876"/>
          </w:tcPr>
          <w:p>
            <w:pPr>
              <w:spacing w:after="60" w:before="60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  <w:tc>
          <w:tcPr>
            <w:tcW w:type="dxa" w:w="2041"/>
          </w:tcPr>
          <w:p>
            <w:pPr>
              <w:spacing w:after="60" w:before="60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172033"/>
                <w:sz w:val="19"/>
              </w:rPr>
            </w:r>
          </w:p>
        </w:tc>
      </w:tr>
    </w:tbl>
    <w:p>
      <w:pPr>
        <w:spacing w:after="40"/>
      </w:pPr>
    </w:p>
    <w:tbl>
      <w:tblPr>
        <w:tblW w:type="dxa" w:w="10091"/>
        <w:tblLayout w:type="fixed"/>
        <w:tblLook w:firstColumn="1" w:firstRow="1" w:lastColumn="0" w:lastRow="0" w:noHBand="0" w:noVBand="1" w:val="04A0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556"/>
        <w:gridCol w:w="2608"/>
        <w:gridCol w:w="1928"/>
      </w:tblGrid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Subtotal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</w:tcPr>
          <w:p>
            <w:pPr>
              <w:spacing w:after="20"/>
            </w:pPr>
            <w:r/>
            <w:r>
              <w:rPr>
                <w:rFonts w:ascii="Calibri" w:hAnsi="Calibri"/>
                <w:b w:val="0"/>
                <w:i w:val="0"/>
                <w:color w:val="667085"/>
                <w:sz w:val="19"/>
              </w:rPr>
              <w:t>Tax ([0]%)</w:t>
            </w:r>
          </w:p>
        </w:tc>
        <w:tc>
          <w:tcPr>
            <w:tcW w:type="dxa" w:w="1928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172033"/>
                <w:sz w:val="19"/>
              </w:rPr>
              <w:t>[0.00]</w:t>
            </w:r>
          </w:p>
        </w:tc>
      </w:tr>
      <w:tr>
        <w:tc>
          <w:tcPr>
            <w:tcW w:type="dxa" w:w="5556"/>
          </w:tcPr>
          <w:p/>
        </w:tc>
        <w:tc>
          <w:tcPr>
            <w:tcW w:type="dxa" w:w="2608"/>
            <w:shd w:val="clear" w:color="auto" w:fill="E8F2FD"/>
          </w:tcPr>
          <w:p>
            <w:pPr>
              <w:spacing w:after="20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Balance due</w:t>
            </w:r>
          </w:p>
        </w:tc>
        <w:tc>
          <w:tcPr>
            <w:tcW w:type="dxa" w:w="1928"/>
            <w:shd w:val="clear" w:color="auto" w:fill="E8F2FD"/>
          </w:tcPr>
          <w:p>
            <w:pPr>
              <w:spacing w:after="20"/>
              <w:jc w:val="right"/>
            </w:pPr>
            <w:r/>
            <w:r>
              <w:rPr>
                <w:rFonts w:ascii="Calibri" w:hAnsi="Calibri"/>
                <w:b/>
                <w:i w:val="0"/>
                <w:color w:val="004488"/>
                <w:sz w:val="20"/>
              </w:rPr>
              <w:t>[CUR] [0.00]</w:t>
            </w:r>
          </w:p>
        </w:tc>
      </w:tr>
    </w:tbl>
    <w:p>
      <w:pPr>
        <w:spacing w:after="40"/>
      </w:pP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PAYMENT DETAILS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172033"/>
          <w:sz w:val="19"/>
        </w:rPr>
        <w:t>Bank: [Bank name]   ·   Account name: [Your Company Name]   ·   Account no.: [00000000]   ·   Sort / routing: [00-00-00]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172033"/>
          <w:sz w:val="19"/>
        </w:rPr>
        <w:t>Reference: [Invoice number]   ·   Payment link: [https://...]</w:t>
      </w:r>
    </w:p>
    <w:p>
      <w:pPr>
        <w:spacing w:after="20" w:before="0"/>
      </w:pPr>
      <w:r>
        <w:rPr>
          <w:rFonts w:ascii="Calibri" w:hAnsi="Calibri"/>
          <w:b w:val="0"/>
          <w:i w:val="0"/>
          <w:color w:val="172033"/>
          <w:sz w:val="19"/>
        </w:rPr>
        <w:t>International clients: please pay in [currency]; transfer fees are borne by the payer.</w:t>
      </w:r>
    </w:p>
    <w:p>
      <w:pPr>
        <w:spacing w:before="160" w:after="60"/>
      </w:pPr>
      <w:r>
        <w:rPr>
          <w:rFonts w:ascii="Calibri" w:hAnsi="Calibri"/>
          <w:b/>
          <w:i w:val="0"/>
          <w:color w:val="006DD9"/>
          <w:sz w:val="16"/>
        </w:rPr>
        <w:t>TERMS &amp; CONDITIONS</w:t>
      </w:r>
    </w:p>
    <w:p>
      <w:pPr>
        <w:spacing w:after="80" w:before="0"/>
      </w:pPr>
      <w:r>
        <w:rPr>
          <w:rFonts w:ascii="Calibri" w:hAnsi="Calibri"/>
          <w:b w:val="0"/>
          <w:i w:val="0"/>
          <w:color w:val="172033"/>
          <w:sz w:val="19"/>
        </w:rPr>
        <w:t>[Payment due within 14 days of the invoice date. Final files are released on receipt of payment. Late payments may incur interest at [X]% per month.]</w:t>
      </w:r>
    </w:p>
    <w:p>
      <w:pPr>
        <w:spacing w:before="120"/>
        <w:jc w:val="center"/>
      </w:pPr>
      <w:r>
        <w:rPr>
          <w:rFonts w:ascii="Calibri" w:hAnsi="Calibri"/>
          <w:b w:val="0"/>
          <w:i/>
          <w:color w:val="667085"/>
          <w:sz w:val="16"/>
        </w:rPr>
        <w:t>Freelance / hourly invoice template — freeinvoicecreatortool.com/invoice-maker-for-freelancers/</w:t>
      </w:r>
    </w:p>
    <w:sectPr w:rsidR="00FC693F" w:rsidRPr="0006063C" w:rsidSect="00034616"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 Freelance</dc:title>
  <dc:subject/>
  <dc:creator>Free Invoice Creator Tool</dc:creator>
  <cp:keywords/>
  <dc:description>Editable Word template from freeinvoicecreatortool.com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