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INV-[0001]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Due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FROM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Company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/ VAT no.: [   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[Customer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State,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[Email]  ·  PO no.: [   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5783"/>
        <w:gridCol w:w="1020"/>
        <w:gridCol w:w="1587"/>
        <w:gridCol w:w="1701"/>
      </w:tblGrid>
      <w:tr>
        <w:tc>
          <w:tcPr>
            <w:tcW w:type="dxa" w:w="5783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1020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58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170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578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020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58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Discount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Total due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PAYMENT DETAILS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172033"/>
          <w:sz w:val="19"/>
        </w:rPr>
        <w:t>Bank: [Bank name]   ·   Account name: [Your Company Name]   ·   Account no.: [00000000]   ·   Sort / routing: [00-00-00]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172033"/>
          <w:sz w:val="19"/>
        </w:rPr>
        <w:t>Reference: [Invoice number]   ·   Payment link: [https://...]</w:t>
      </w: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NOTES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[Thank you for your business.]</w:t>
      </w: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TERMS &amp; CONDITIONS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[Payment is due by the due date shown. Please quote the invoice number with your payment.]</w:t>
      </w:r>
    </w:p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Standard invoice template — freeinvoicecreatortool.com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Standard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