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name / trading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[Trade]  |  [Phone]  |  [Email]  |  Licence no.: [   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ESTIMATE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Estimate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EST-[0001]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name / trading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PREPARED FOR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[Site / property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SITE VISIT DATE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ESTIMATED START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ESTIMATED DURATION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[e.g. 3 days]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ESTIMATE VALID UNTIL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LABOUR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361"/>
        <w:gridCol w:w="1474"/>
        <w:gridCol w:w="1474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WORK TO BE DONE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HOURS / DAYS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MATERIALS AND PARTS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361"/>
        <w:gridCol w:w="1474"/>
        <w:gridCol w:w="1474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Labour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Materials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Estimated total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BASIS OF THIS ESTIMATE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[This is an estimate, not a fixed price. It is based on the site visit above and may change if [hidden damage / access / additional work] is found. Any change will be agreed before extra work starts.]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FOR THE CUSTOMER (NAME, SIGNATURE, DATE)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PREPARED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Job estimate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