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851"/>
        <w:gridCol w:w="4241"/>
      </w:tblGrid>
      <w:tr>
        <w:tc>
          <w:tcPr>
            <w:tcW w:type="dxa" w:w="5851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i w:val="0"/>
                <w:color w:val="667085"/>
                <w:sz w:val="18"/>
              </w:rPr>
              <w:t>[LOGO]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8"/>
              </w:rPr>
              <w:t>[Your Company Name]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>[Address line 1, City, Country]  |  [Phone]  |  [Email]</w:t>
            </w:r>
          </w:p>
        </w:tc>
        <w:tc>
          <w:tcPr>
            <w:tcW w:type="dxa" w:w="4241"/>
          </w:tcPr>
          <w:p>
            <w:pPr>
              <w:spacing w:after="8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48"/>
              </w:rPr>
              <w:t>PRICE QUOTATION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Quote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QUO-[0001]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Date: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Valid until: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Currency: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[USD]</w:t>
            </w:r>
          </w:p>
        </w:tc>
      </w:tr>
    </w:tbl>
    <w:p>
      <w:pPr>
        <w:spacing w:after="120"/>
        <w:pBdr>
          <w:bottom w:val="single" w:sz="10" w:space="1" w:color="1A2438"/>
        </w:pBdr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SUPPLIER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[Your Company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/ VAT no.: [   ]</w:t>
            </w:r>
          </w:p>
        </w:tc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CUSTOMER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[Customer / company]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[Buyer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[Email]  ·  RFQ / enquiry ref.: [   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DELIVERY TERMS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[Ex works / delivered]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DELIVERY LEAD TIME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[x] days from order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PAYMENT TERMS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[30 days / proforma]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MINIMUM ORDER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   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3742"/>
        <w:gridCol w:w="1474"/>
        <w:gridCol w:w="907"/>
        <w:gridCol w:w="907"/>
        <w:gridCol w:w="1474"/>
        <w:gridCol w:w="1587"/>
      </w:tblGrid>
      <w:tr>
        <w:tc>
          <w:tcPr>
            <w:tcW w:type="dxa" w:w="3742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PRODUCT / DESCRIPTION</w:t>
            </w:r>
          </w:p>
        </w:tc>
        <w:tc>
          <w:tcPr>
            <w:tcW w:type="dxa" w:w="1474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CODE / SKU</w:t>
            </w:r>
          </w:p>
        </w:tc>
        <w:tc>
          <w:tcPr>
            <w:tcW w:type="dxa" w:w="907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UNIT</w:t>
            </w:r>
          </w:p>
        </w:tc>
        <w:tc>
          <w:tcPr>
            <w:tcW w:type="dxa" w:w="907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1474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UNIT PRICE</w:t>
            </w:r>
          </w:p>
        </w:tc>
        <w:tc>
          <w:tcPr>
            <w:tcW w:type="dxa" w:w="1587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374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374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374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374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374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374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374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56"/>
        <w:gridCol w:w="2608"/>
        <w:gridCol w:w="1928"/>
      </w:tblGrid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Subtotal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Delivery / freight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([0]%)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  <w:shd w:val="clear" w:color="auto" w:fill="E8F2FD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Quoted total</w:t>
            </w:r>
          </w:p>
        </w:tc>
        <w:tc>
          <w:tcPr>
            <w:tcW w:type="dxa" w:w="1928"/>
            <w:shd w:val="clear" w:color="auto" w:fill="E8F2FD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[CUR] [0.00]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CONDITIONS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[Prices are per unit, exclusive of tax unless stated. Subject to stock availability. Prices held until the valid-until date.]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ACCEPTED FOR THE CUSTOMER (NAME, SIGNATURE, DATE)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  <w:tc>
          <w:tcPr>
            <w:tcW w:type="dxa" w:w="5046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PREPARED BY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</w:tr>
    </w:tbl>
    <w:p>
      <w:pPr>
        <w:spacing w:before="120"/>
        <w:jc w:val="center"/>
      </w:pPr>
      <w:r>
        <w:rPr>
          <w:rFonts w:ascii="Calibri" w:hAnsi="Calibri"/>
          <w:b w:val="0"/>
          <w:i/>
          <w:color w:val="667085"/>
          <w:sz w:val="16"/>
        </w:rPr>
        <w:t>Product price quotation template — freeinvoicecreatortool.com/quotation-maker/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Quotation Template</dc:title>
  <dc:subject/>
  <dc:creator>Free Invoice Creator Tool</dc:creator>
  <cp:keywords/>
  <dc:description>Editable Word template from freeinvoicecreatortool.com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