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name / studio]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[Address]  |  [Phone]  |  [Email]  |  [Website]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QUOTATION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Quote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QUO-[0001]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Valid until: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name / studio]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PREPARED FOR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[Client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Project: [Project name]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PROJECT START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ESTIMATED COMPLETION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[Per phase / milestone]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4422"/>
        <w:gridCol w:w="3175"/>
        <w:gridCol w:w="1134"/>
        <w:gridCol w:w="1361"/>
      </w:tblGrid>
      <w:tr>
        <w:tc>
          <w:tcPr>
            <w:tcW w:type="dxa" w:w="4422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PHASE / DELIVERABLE</w:t>
            </w:r>
          </w:p>
        </w:tc>
        <w:tc>
          <w:tcPr>
            <w:tcW w:type="dxa" w:w="3175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WHAT IS INCLUDED</w:t>
            </w:r>
          </w:p>
        </w:tc>
        <w:tc>
          <w:tcPr>
            <w:tcW w:type="dxa" w:w="1134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TIMING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42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Phase 1 — [Discovery and planning]</w:t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[Workshops, brief, sitemap]</w:t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[Week 1–2]</w:t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442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Phase 2 — [Design]</w:t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[Concepts, two revision rounds]</w:t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[Week 3–5]</w:t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442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Phase 3 — [Build and launch]</w:t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[Development, testing, go-live]</w:t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[Week 6–9]</w:t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442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42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17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13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Project 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[CUR] 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Deposit to start ([50]%)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ASSUMPTIONS AND EXCLUSIONS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[Content supplied by the client. Two revision rounds per phase; further rounds at [rate]. Third-party costs (hosting, stock imagery, fonts) excluded.]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ACCEPTED FOR THE CUSTOMER (NAME, SIGNATURE, DATE)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PREPARED BY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Project / milestone quotation template — freeinvoicecreatortool.com/quotation-maker/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Quotation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