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10091"/>
        <w:tblLayout w:type="fixed"/>
        <w:tblLook w:firstColumn="1" w:firstRow="1" w:lastColumn="0" w:lastRow="0" w:noHBand="0" w:noVBand="1" w:val="04A0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851"/>
        <w:gridCol w:w="4241"/>
      </w:tblGrid>
      <w:tr>
        <w:tc>
          <w:tcPr>
            <w:tcW w:type="dxa" w:w="5851"/>
          </w:tcPr>
          <w:p>
            <w:pPr>
              <w:spacing w:after="80"/>
            </w:pPr>
            <w:r/>
            <w:r>
              <w:rPr>
                <w:rFonts w:ascii="Calibri" w:hAnsi="Calibri"/>
                <w:b/>
                <w:i w:val="0"/>
                <w:color w:val="667085"/>
                <w:sz w:val="18"/>
              </w:rPr>
              <w:t>[LOGO]</w:t>
            </w:r>
          </w:p>
          <w:p>
            <w:pPr>
              <w:spacing w:after="20" w:before="0"/>
            </w:pPr>
            <w:r>
              <w:rPr>
                <w:rFonts w:ascii="Calibri" w:hAnsi="Calibri"/>
                <w:b/>
                <w:i w:val="0"/>
                <w:color w:val="172033"/>
                <w:sz w:val="28"/>
              </w:rPr>
              <w:t>[Your Company Name]</w:t>
            </w:r>
          </w:p>
          <w:p>
            <w:pPr>
              <w:spacing w:after="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8"/>
              </w:rPr>
              <w:t>[Address line 1, City, Country]  |  [Phone]  |  [Email]</w:t>
            </w:r>
          </w:p>
        </w:tc>
        <w:tc>
          <w:tcPr>
            <w:tcW w:type="dxa" w:w="4241"/>
          </w:tcPr>
          <w:p>
            <w:pPr>
              <w:spacing w:after="8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48"/>
              </w:rPr>
              <w:t>QUOTATION</w:t>
            </w:r>
          </w:p>
          <w:p>
            <w:pPr>
              <w:spacing w:after="0"/>
              <w:jc w:val="right"/>
            </w:pPr>
            <w:r>
              <w:rPr>
                <w:rFonts w:ascii="Calibri" w:hAnsi="Calibri"/>
                <w:b w:val="0"/>
                <w:i w:val="0"/>
                <w:color w:val="667085"/>
                <w:sz w:val="18"/>
              </w:rPr>
              <w:t xml:space="preserve">Quote no.:  </w:t>
            </w:r>
            <w:r>
              <w:rPr>
                <w:rFonts w:ascii="Calibri" w:hAnsi="Calibri"/>
                <w:b/>
                <w:i w:val="0"/>
                <w:color w:val="172033"/>
                <w:sz w:val="19"/>
              </w:rPr>
              <w:t>QUO-[0001]</w:t>
            </w:r>
          </w:p>
          <w:p>
            <w:pPr>
              <w:spacing w:after="0"/>
              <w:jc w:val="right"/>
            </w:pPr>
            <w:r>
              <w:rPr>
                <w:rFonts w:ascii="Calibri" w:hAnsi="Calibri"/>
                <w:b w:val="0"/>
                <w:i w:val="0"/>
                <w:color w:val="667085"/>
                <w:sz w:val="18"/>
              </w:rPr>
              <w:t xml:space="preserve">Date:  </w:t>
            </w:r>
            <w:r>
              <w:rPr>
                <w:rFonts w:ascii="Calibri" w:hAnsi="Calibri"/>
                <w:b/>
                <w:i w:val="0"/>
                <w:color w:val="172033"/>
                <w:sz w:val="19"/>
              </w:rPr>
              <w:t>[DD/MM/YYYY]</w:t>
            </w:r>
          </w:p>
          <w:p>
            <w:pPr>
              <w:spacing w:after="0"/>
              <w:jc w:val="right"/>
            </w:pPr>
            <w:r>
              <w:rPr>
                <w:rFonts w:ascii="Calibri" w:hAnsi="Calibri"/>
                <w:b w:val="0"/>
                <w:i w:val="0"/>
                <w:color w:val="667085"/>
                <w:sz w:val="18"/>
              </w:rPr>
              <w:t xml:space="preserve">Valid until:  </w:t>
            </w:r>
            <w:r>
              <w:rPr>
                <w:rFonts w:ascii="Calibri" w:hAnsi="Calibri"/>
                <w:b/>
                <w:i w:val="0"/>
                <w:color w:val="172033"/>
                <w:sz w:val="19"/>
              </w:rPr>
              <w:t>[DD/MM/YYYY]</w:t>
            </w:r>
          </w:p>
          <w:p>
            <w:pPr>
              <w:spacing w:after="0"/>
              <w:jc w:val="right"/>
            </w:pPr>
            <w:r>
              <w:rPr>
                <w:rFonts w:ascii="Calibri" w:hAnsi="Calibri"/>
                <w:b w:val="0"/>
                <w:i w:val="0"/>
                <w:color w:val="667085"/>
                <w:sz w:val="18"/>
              </w:rPr>
              <w:t xml:space="preserve">Currency:  </w:t>
            </w:r>
            <w:r>
              <w:rPr>
                <w:rFonts w:ascii="Calibri" w:hAnsi="Calibri"/>
                <w:b/>
                <w:i w:val="0"/>
                <w:color w:val="172033"/>
                <w:sz w:val="19"/>
              </w:rPr>
              <w:t>[USD]</w:t>
            </w:r>
          </w:p>
        </w:tc>
      </w:tr>
    </w:tbl>
    <w:p>
      <w:pPr>
        <w:spacing w:after="120"/>
        <w:pBdr>
          <w:bottom w:val="single" w:sz="10" w:space="1" w:color="1A2438"/>
        </w:pBdr>
      </w:pPr>
    </w:p>
    <w:tbl>
      <w:tblPr>
        <w:tblW w:type="dxa" w:w="10091"/>
        <w:tblLayout w:type="fixed"/>
        <w:tblLook w:firstColumn="1" w:firstRow="1" w:lastColumn="0" w:lastRow="0" w:noHBand="0" w:noVBand="1" w:val="04A0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046"/>
        <w:gridCol w:w="5046"/>
      </w:tblGrid>
      <w:tr>
        <w:tc>
          <w:tcPr>
            <w:tcW w:type="dxa" w:w="5046"/>
          </w:tcPr>
          <w:p>
            <w:pPr>
              <w:spacing w:after="40"/>
            </w:pPr>
            <w:r/>
            <w:r>
              <w:rPr>
                <w:rFonts w:ascii="Calibri" w:hAnsi="Calibri"/>
                <w:b/>
                <w:i w:val="0"/>
                <w:color w:val="006DD9"/>
                <w:sz w:val="16"/>
              </w:rPr>
              <w:t>FROM</w:t>
            </w:r>
          </w:p>
          <w:p>
            <w:pPr>
              <w:spacing w:after="20" w:before="0"/>
            </w:pPr>
            <w:r>
              <w:rPr>
                <w:rFonts w:ascii="Calibri" w:hAnsi="Calibri"/>
                <w:b/>
                <w:i w:val="0"/>
                <w:color w:val="172033"/>
                <w:sz w:val="21"/>
              </w:rPr>
              <w:t>[Your Company Name]</w:t>
            </w:r>
          </w:p>
          <w:p>
            <w:pPr>
              <w:spacing w:after="2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[Address]</w:t>
            </w:r>
          </w:p>
          <w:p>
            <w:pPr>
              <w:spacing w:after="2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[City, Country]</w:t>
            </w:r>
          </w:p>
          <w:p>
            <w:pPr>
              <w:spacing w:after="2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[Phone]  ·  [Email]</w:t>
            </w:r>
          </w:p>
          <w:p>
            <w:pPr>
              <w:spacing w:after="2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Tax / VAT no.: [   ]</w:t>
            </w:r>
          </w:p>
        </w:tc>
        <w:tc>
          <w:tcPr>
            <w:tcW w:type="dxa" w:w="5046"/>
          </w:tcPr>
          <w:p>
            <w:pPr>
              <w:spacing w:after="40"/>
            </w:pPr>
            <w:r/>
            <w:r>
              <w:rPr>
                <w:rFonts w:ascii="Calibri" w:hAnsi="Calibri"/>
                <w:b/>
                <w:i w:val="0"/>
                <w:color w:val="006DD9"/>
                <w:sz w:val="16"/>
              </w:rPr>
              <w:t>PREPARED FOR</w:t>
            </w:r>
          </w:p>
          <w:p>
            <w:pPr>
              <w:spacing w:after="20" w:before="0"/>
            </w:pPr>
            <w:r>
              <w:rPr>
                <w:rFonts w:ascii="Calibri" w:hAnsi="Calibri"/>
                <w:b/>
                <w:i w:val="0"/>
                <w:color w:val="172033"/>
                <w:sz w:val="21"/>
              </w:rPr>
              <w:t>[Customer name]</w:t>
            </w:r>
          </w:p>
          <w:p>
            <w:pPr>
              <w:spacing w:after="2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[Company]</w:t>
            </w:r>
          </w:p>
          <w:p>
            <w:pPr>
              <w:spacing w:after="2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[Address]</w:t>
            </w:r>
          </w:p>
          <w:p>
            <w:pPr>
              <w:spacing w:after="2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[Email]  ·  [Phone]</w:t>
            </w:r>
          </w:p>
        </w:tc>
      </w:tr>
    </w:tbl>
    <w:p>
      <w:pPr>
        <w:spacing w:after="40"/>
      </w:pPr>
    </w:p>
    <w:tbl>
      <w:tblPr>
        <w:tblW w:type="dxa" w:w="10091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DDE4EE"/>
          <w:left w:val="single" w:sz="4" w:space="0" w:color="DDE4EE"/>
          <w:bottom w:val="single" w:sz="4" w:space="0" w:color="DDE4EE"/>
          <w:right w:val="single" w:sz="4" w:space="0" w:color="DDE4EE"/>
          <w:insideH w:val="single" w:sz="4" w:space="0" w:color="DDE4EE"/>
          <w:insideV w:val="single" w:sz="4" w:space="0" w:color="DDE4EE"/>
        </w:tblBorders>
        <w:tblLayout w:type="fixed"/>
      </w:tblPr>
      <w:tblGrid>
        <w:gridCol w:w="3364"/>
        <w:gridCol w:w="3364"/>
        <w:gridCol w:w="3364"/>
      </w:tblGrid>
      <w:tr>
        <w:tc>
          <w:tcPr>
            <w:tcW w:type="dxa" w:w="3364"/>
            <w:shd w:val="clear" w:color="auto" w:fill="F3F6FB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i w:val="0"/>
                <w:color w:val="667085"/>
                <w:sz w:val="14"/>
              </w:rPr>
              <w:t>VALID UNTIL</w:t>
            </w:r>
          </w:p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  <w:t>[DD/MM/YYYY]</w:t>
            </w:r>
          </w:p>
        </w:tc>
        <w:tc>
          <w:tcPr>
            <w:tcW w:type="dxa" w:w="3364"/>
            <w:shd w:val="clear" w:color="auto" w:fill="F3F6FB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i w:val="0"/>
                <w:color w:val="667085"/>
                <w:sz w:val="14"/>
              </w:rPr>
              <w:t>LEAD TIME / START</w:t>
            </w:r>
          </w:p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  <w:t>[e.g. 2 weeks from acceptance]</w:t>
            </w:r>
          </w:p>
        </w:tc>
        <w:tc>
          <w:tcPr>
            <w:tcW w:type="dxa" w:w="3364"/>
            <w:shd w:val="clear" w:color="auto" w:fill="F3F6FB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i w:val="0"/>
                <w:color w:val="667085"/>
                <w:sz w:val="14"/>
              </w:rPr>
              <w:t>PAYMENT TERMS</w:t>
            </w:r>
          </w:p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  <w:t>[50% deposit, balance on completion]</w:t>
            </w:r>
          </w:p>
        </w:tc>
      </w:tr>
    </w:tbl>
    <w:p>
      <w:pPr>
        <w:spacing w:after="40"/>
      </w:pPr>
    </w:p>
    <w:p>
      <w:pPr>
        <w:spacing w:before="160" w:after="60"/>
      </w:pPr>
      <w:r>
        <w:rPr>
          <w:rFonts w:ascii="Calibri" w:hAnsi="Calibri"/>
          <w:b/>
          <w:i w:val="0"/>
          <w:color w:val="006DD9"/>
          <w:sz w:val="16"/>
        </w:rPr>
        <w:t>OPTION A — [ESSENTIAL]</w:t>
      </w:r>
    </w:p>
    <w:p>
      <w:pPr>
        <w:spacing w:after="40" w:before="0"/>
      </w:pPr>
      <w:r>
        <w:rPr>
          <w:rFonts w:ascii="Calibri" w:hAnsi="Calibri"/>
          <w:b w:val="0"/>
          <w:i w:val="0"/>
          <w:color w:val="172033"/>
          <w:sz w:val="19"/>
        </w:rPr>
        <w:t>[What this option covers]</w:t>
      </w:r>
    </w:p>
    <w:tbl>
      <w:tblPr>
        <w:tblW w:type="dxa" w:w="10091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DDE4EE"/>
          <w:left w:val="single" w:sz="4" w:space="0" w:color="DDE4EE"/>
          <w:bottom w:val="single" w:sz="4" w:space="0" w:color="DDE4EE"/>
          <w:right w:val="single" w:sz="4" w:space="0" w:color="DDE4EE"/>
          <w:insideH w:val="single" w:sz="4" w:space="0" w:color="DDE4EE"/>
          <w:insideV w:val="single" w:sz="4" w:space="0" w:color="DDE4EE"/>
        </w:tblBorders>
        <w:tblLayout w:type="fixed"/>
        <w:tblLayout w:type="fixed"/>
      </w:tblPr>
      <w:tblGrid>
        <w:gridCol w:w="5783"/>
        <w:gridCol w:w="1020"/>
        <w:gridCol w:w="1587"/>
        <w:gridCol w:w="1701"/>
      </w:tblGrid>
      <w:tr>
        <w:tc>
          <w:tcPr>
            <w:tcW w:type="dxa" w:w="5783"/>
            <w:shd w:val="clear" w:color="auto" w:fill="1A2438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DESCRIPTION</w:t>
            </w:r>
          </w:p>
        </w:tc>
        <w:tc>
          <w:tcPr>
            <w:tcW w:type="dxa" w:w="1020"/>
            <w:shd w:val="clear" w:color="auto" w:fill="1A2438"/>
          </w:tcPr>
          <w:p>
            <w:pPr>
              <w:spacing w:after="20"/>
              <w:jc w:val="right"/>
            </w:pPr>
            <w:r/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QTY</w:t>
            </w:r>
          </w:p>
        </w:tc>
        <w:tc>
          <w:tcPr>
            <w:tcW w:type="dxa" w:w="1587"/>
            <w:shd w:val="clear" w:color="auto" w:fill="1A2438"/>
          </w:tcPr>
          <w:p>
            <w:pPr>
              <w:spacing w:after="20"/>
              <w:jc w:val="right"/>
            </w:pPr>
            <w:r/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UNIT PRICE</w:t>
            </w:r>
          </w:p>
        </w:tc>
        <w:tc>
          <w:tcPr>
            <w:tcW w:type="dxa" w:w="1701"/>
            <w:shd w:val="clear" w:color="auto" w:fill="1A2438"/>
          </w:tcPr>
          <w:p>
            <w:pPr>
              <w:spacing w:after="20"/>
              <w:jc w:val="right"/>
            </w:pPr>
            <w:r/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AMOUNT</w:t>
            </w:r>
          </w:p>
        </w:tc>
      </w:tr>
      <w:tr>
        <w:tc>
          <w:tcPr>
            <w:tcW w:type="dxa" w:w="5783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  <w:t>[Item]</w:t>
            </w:r>
          </w:p>
        </w:tc>
        <w:tc>
          <w:tcPr>
            <w:tcW w:type="dxa" w:w="1020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  <w:t>1</w:t>
            </w:r>
          </w:p>
        </w:tc>
        <w:tc>
          <w:tcPr>
            <w:tcW w:type="dxa" w:w="1587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  <w:t>[0.00]</w:t>
            </w:r>
          </w:p>
        </w:tc>
        <w:tc>
          <w:tcPr>
            <w:tcW w:type="dxa" w:w="1701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  <w:t>[0.00]</w:t>
            </w:r>
          </w:p>
        </w:tc>
      </w:tr>
      <w:tr>
        <w:tc>
          <w:tcPr>
            <w:tcW w:type="dxa" w:w="5783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020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587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701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</w:tr>
    </w:tbl>
    <w:p>
      <w:pPr>
        <w:spacing w:after="20"/>
        <w:jc w:val="right"/>
      </w:pPr>
      <w:r>
        <w:rPr>
          <w:rFonts w:ascii="Calibri" w:hAnsi="Calibri"/>
          <w:b/>
          <w:i w:val="0"/>
          <w:color w:val="172033"/>
          <w:sz w:val="19"/>
        </w:rPr>
        <w:t>Option total:  [CUR] [0.00]</w:t>
      </w:r>
    </w:p>
    <w:p>
      <w:pPr>
        <w:spacing w:before="160" w:after="60"/>
      </w:pPr>
      <w:r>
        <w:rPr>
          <w:rFonts w:ascii="Calibri" w:hAnsi="Calibri"/>
          <w:b/>
          <w:i w:val="0"/>
          <w:color w:val="006DD9"/>
          <w:sz w:val="16"/>
        </w:rPr>
        <w:t>OPTION B — [RECOMMENDED]</w:t>
      </w:r>
    </w:p>
    <w:p>
      <w:pPr>
        <w:spacing w:after="40" w:before="0"/>
      </w:pPr>
      <w:r>
        <w:rPr>
          <w:rFonts w:ascii="Calibri" w:hAnsi="Calibri"/>
          <w:b w:val="0"/>
          <w:i w:val="0"/>
          <w:color w:val="172033"/>
          <w:sz w:val="19"/>
        </w:rPr>
        <w:t>[What this option covers]</w:t>
      </w:r>
    </w:p>
    <w:tbl>
      <w:tblPr>
        <w:tblW w:type="dxa" w:w="10091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DDE4EE"/>
          <w:left w:val="single" w:sz="4" w:space="0" w:color="DDE4EE"/>
          <w:bottom w:val="single" w:sz="4" w:space="0" w:color="DDE4EE"/>
          <w:right w:val="single" w:sz="4" w:space="0" w:color="DDE4EE"/>
          <w:insideH w:val="single" w:sz="4" w:space="0" w:color="DDE4EE"/>
          <w:insideV w:val="single" w:sz="4" w:space="0" w:color="DDE4EE"/>
        </w:tblBorders>
        <w:tblLayout w:type="fixed"/>
        <w:tblLayout w:type="fixed"/>
      </w:tblPr>
      <w:tblGrid>
        <w:gridCol w:w="5783"/>
        <w:gridCol w:w="1020"/>
        <w:gridCol w:w="1587"/>
        <w:gridCol w:w="1701"/>
      </w:tblGrid>
      <w:tr>
        <w:tc>
          <w:tcPr>
            <w:tcW w:type="dxa" w:w="5783"/>
            <w:shd w:val="clear" w:color="auto" w:fill="1A2438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DESCRIPTION</w:t>
            </w:r>
          </w:p>
        </w:tc>
        <w:tc>
          <w:tcPr>
            <w:tcW w:type="dxa" w:w="1020"/>
            <w:shd w:val="clear" w:color="auto" w:fill="1A2438"/>
          </w:tcPr>
          <w:p>
            <w:pPr>
              <w:spacing w:after="20"/>
              <w:jc w:val="right"/>
            </w:pPr>
            <w:r/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QTY</w:t>
            </w:r>
          </w:p>
        </w:tc>
        <w:tc>
          <w:tcPr>
            <w:tcW w:type="dxa" w:w="1587"/>
            <w:shd w:val="clear" w:color="auto" w:fill="1A2438"/>
          </w:tcPr>
          <w:p>
            <w:pPr>
              <w:spacing w:after="20"/>
              <w:jc w:val="right"/>
            </w:pPr>
            <w:r/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UNIT PRICE</w:t>
            </w:r>
          </w:p>
        </w:tc>
        <w:tc>
          <w:tcPr>
            <w:tcW w:type="dxa" w:w="1701"/>
            <w:shd w:val="clear" w:color="auto" w:fill="1A2438"/>
          </w:tcPr>
          <w:p>
            <w:pPr>
              <w:spacing w:after="20"/>
              <w:jc w:val="right"/>
            </w:pPr>
            <w:r/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AMOUNT</w:t>
            </w:r>
          </w:p>
        </w:tc>
      </w:tr>
      <w:tr>
        <w:tc>
          <w:tcPr>
            <w:tcW w:type="dxa" w:w="5783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  <w:t>[Item]</w:t>
            </w:r>
          </w:p>
        </w:tc>
        <w:tc>
          <w:tcPr>
            <w:tcW w:type="dxa" w:w="1020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  <w:t>1</w:t>
            </w:r>
          </w:p>
        </w:tc>
        <w:tc>
          <w:tcPr>
            <w:tcW w:type="dxa" w:w="1587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  <w:t>[0.00]</w:t>
            </w:r>
          </w:p>
        </w:tc>
        <w:tc>
          <w:tcPr>
            <w:tcW w:type="dxa" w:w="1701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  <w:t>[0.00]</w:t>
            </w:r>
          </w:p>
        </w:tc>
      </w:tr>
      <w:tr>
        <w:tc>
          <w:tcPr>
            <w:tcW w:type="dxa" w:w="5783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020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587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701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</w:tr>
    </w:tbl>
    <w:p>
      <w:pPr>
        <w:spacing w:after="20"/>
        <w:jc w:val="right"/>
      </w:pPr>
      <w:r>
        <w:rPr>
          <w:rFonts w:ascii="Calibri" w:hAnsi="Calibri"/>
          <w:b/>
          <w:i w:val="0"/>
          <w:color w:val="172033"/>
          <w:sz w:val="19"/>
        </w:rPr>
        <w:t>Option total:  [CUR] [0.00]</w:t>
      </w:r>
    </w:p>
    <w:p>
      <w:pPr>
        <w:spacing w:before="160" w:after="60"/>
      </w:pPr>
      <w:r>
        <w:rPr>
          <w:rFonts w:ascii="Calibri" w:hAnsi="Calibri"/>
          <w:b/>
          <w:i w:val="0"/>
          <w:color w:val="006DD9"/>
          <w:sz w:val="16"/>
        </w:rPr>
        <w:t>OPTION C — [COMPLETE]</w:t>
      </w:r>
    </w:p>
    <w:p>
      <w:pPr>
        <w:spacing w:after="40" w:before="0"/>
      </w:pPr>
      <w:r>
        <w:rPr>
          <w:rFonts w:ascii="Calibri" w:hAnsi="Calibri"/>
          <w:b w:val="0"/>
          <w:i w:val="0"/>
          <w:color w:val="172033"/>
          <w:sz w:val="19"/>
        </w:rPr>
        <w:t>[What this option covers]</w:t>
      </w:r>
    </w:p>
    <w:tbl>
      <w:tblPr>
        <w:tblW w:type="dxa" w:w="10091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DDE4EE"/>
          <w:left w:val="single" w:sz="4" w:space="0" w:color="DDE4EE"/>
          <w:bottom w:val="single" w:sz="4" w:space="0" w:color="DDE4EE"/>
          <w:right w:val="single" w:sz="4" w:space="0" w:color="DDE4EE"/>
          <w:insideH w:val="single" w:sz="4" w:space="0" w:color="DDE4EE"/>
          <w:insideV w:val="single" w:sz="4" w:space="0" w:color="DDE4EE"/>
        </w:tblBorders>
        <w:tblLayout w:type="fixed"/>
        <w:tblLayout w:type="fixed"/>
      </w:tblPr>
      <w:tblGrid>
        <w:gridCol w:w="5783"/>
        <w:gridCol w:w="1020"/>
        <w:gridCol w:w="1587"/>
        <w:gridCol w:w="1701"/>
      </w:tblGrid>
      <w:tr>
        <w:tc>
          <w:tcPr>
            <w:tcW w:type="dxa" w:w="5783"/>
            <w:shd w:val="clear" w:color="auto" w:fill="1A2438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DESCRIPTION</w:t>
            </w:r>
          </w:p>
        </w:tc>
        <w:tc>
          <w:tcPr>
            <w:tcW w:type="dxa" w:w="1020"/>
            <w:shd w:val="clear" w:color="auto" w:fill="1A2438"/>
          </w:tcPr>
          <w:p>
            <w:pPr>
              <w:spacing w:after="20"/>
              <w:jc w:val="right"/>
            </w:pPr>
            <w:r/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QTY</w:t>
            </w:r>
          </w:p>
        </w:tc>
        <w:tc>
          <w:tcPr>
            <w:tcW w:type="dxa" w:w="1587"/>
            <w:shd w:val="clear" w:color="auto" w:fill="1A2438"/>
          </w:tcPr>
          <w:p>
            <w:pPr>
              <w:spacing w:after="20"/>
              <w:jc w:val="right"/>
            </w:pPr>
            <w:r/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UNIT PRICE</w:t>
            </w:r>
          </w:p>
        </w:tc>
        <w:tc>
          <w:tcPr>
            <w:tcW w:type="dxa" w:w="1701"/>
            <w:shd w:val="clear" w:color="auto" w:fill="1A2438"/>
          </w:tcPr>
          <w:p>
            <w:pPr>
              <w:spacing w:after="20"/>
              <w:jc w:val="right"/>
            </w:pPr>
            <w:r/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AMOUNT</w:t>
            </w:r>
          </w:p>
        </w:tc>
      </w:tr>
      <w:tr>
        <w:tc>
          <w:tcPr>
            <w:tcW w:type="dxa" w:w="5783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  <w:t>[Item]</w:t>
            </w:r>
          </w:p>
        </w:tc>
        <w:tc>
          <w:tcPr>
            <w:tcW w:type="dxa" w:w="1020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  <w:t>1</w:t>
            </w:r>
          </w:p>
        </w:tc>
        <w:tc>
          <w:tcPr>
            <w:tcW w:type="dxa" w:w="1587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  <w:t>[0.00]</w:t>
            </w:r>
          </w:p>
        </w:tc>
        <w:tc>
          <w:tcPr>
            <w:tcW w:type="dxa" w:w="1701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  <w:t>[0.00]</w:t>
            </w:r>
          </w:p>
        </w:tc>
      </w:tr>
      <w:tr>
        <w:tc>
          <w:tcPr>
            <w:tcW w:type="dxa" w:w="5783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020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587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701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</w:tr>
    </w:tbl>
    <w:p>
      <w:pPr>
        <w:spacing w:after="20"/>
        <w:jc w:val="right"/>
      </w:pPr>
      <w:r>
        <w:rPr>
          <w:rFonts w:ascii="Calibri" w:hAnsi="Calibri"/>
          <w:b/>
          <w:i w:val="0"/>
          <w:color w:val="172033"/>
          <w:sz w:val="19"/>
        </w:rPr>
        <w:t>Option total:  [CUR] [0.00]</w:t>
      </w:r>
    </w:p>
    <w:p>
      <w:pPr>
        <w:spacing w:after="40"/>
      </w:pPr>
    </w:p>
    <w:p>
      <w:pPr>
        <w:spacing w:before="160" w:after="60"/>
      </w:pPr>
      <w:r>
        <w:rPr>
          <w:rFonts w:ascii="Calibri" w:hAnsi="Calibri"/>
          <w:b/>
          <w:i w:val="0"/>
          <w:color w:val="006DD9"/>
          <w:sz w:val="16"/>
        </w:rPr>
        <w:t>HOW TO ACCEPT</w:t>
      </w:r>
    </w:p>
    <w:p>
      <w:pPr>
        <w:spacing w:after="80" w:before="0"/>
      </w:pPr>
      <w:r>
        <w:rPr>
          <w:rFonts w:ascii="Calibri" w:hAnsi="Calibri"/>
          <w:b w:val="0"/>
          <w:i w:val="0"/>
          <w:color w:val="172033"/>
          <w:sz w:val="19"/>
        </w:rPr>
        <w:t>[Tick the option you would like, sign below and return this page, or reply by email quoting the quote number and option letter.]</w:t>
      </w:r>
    </w:p>
    <w:tbl>
      <w:tblPr>
        <w:tblW w:type="dxa" w:w="10091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DDE4EE"/>
          <w:left w:val="single" w:sz="4" w:space="0" w:color="DDE4EE"/>
          <w:bottom w:val="single" w:sz="4" w:space="0" w:color="DDE4EE"/>
          <w:right w:val="single" w:sz="4" w:space="0" w:color="DDE4EE"/>
          <w:insideH w:val="single" w:sz="4" w:space="0" w:color="DDE4EE"/>
          <w:insideV w:val="single" w:sz="4" w:space="0" w:color="DDE4EE"/>
        </w:tblBorders>
        <w:tblLayout w:type="fixed"/>
      </w:tblPr>
      <w:tblGrid>
        <w:gridCol w:w="3364"/>
        <w:gridCol w:w="3364"/>
        <w:gridCol w:w="3364"/>
      </w:tblGrid>
      <w:tr>
        <w:tc>
          <w:tcPr>
            <w:tcW w:type="dxa" w:w="3364"/>
            <w:shd w:val="clear" w:color="auto" w:fill="F3F6FB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i w:val="0"/>
                <w:color w:val="667085"/>
                <w:sz w:val="14"/>
              </w:rPr>
              <w:t>CHOSEN OPTION</w:t>
            </w:r>
          </w:p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  <w:t>☐ A   ☐ B   ☐ C</w:t>
            </w:r>
          </w:p>
        </w:tc>
        <w:tc>
          <w:tcPr>
            <w:tcW w:type="dxa" w:w="3364"/>
            <w:shd w:val="clear" w:color="auto" w:fill="F3F6FB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i w:val="0"/>
                <w:color w:val="667085"/>
                <w:sz w:val="14"/>
              </w:rPr>
              <w:t>ACCEPTED BY</w:t>
            </w:r>
          </w:p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  <w:t>[Name]</w:t>
            </w:r>
          </w:p>
        </w:tc>
        <w:tc>
          <w:tcPr>
            <w:tcW w:type="dxa" w:w="3364"/>
            <w:shd w:val="clear" w:color="auto" w:fill="F3F6FB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i w:val="0"/>
                <w:color w:val="667085"/>
                <w:sz w:val="14"/>
              </w:rPr>
              <w:t>SIGNATURE / DATE</w:t>
            </w:r>
          </w:p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  <w:t>[   ]</w:t>
            </w:r>
          </w:p>
        </w:tc>
      </w:tr>
    </w:tbl>
    <w:p>
      <w:pPr>
        <w:spacing w:after="40"/>
      </w:pPr>
    </w:p>
    <w:p>
      <w:pPr>
        <w:spacing w:before="120"/>
        <w:jc w:val="center"/>
      </w:pPr>
      <w:r>
        <w:rPr>
          <w:rFonts w:ascii="Calibri" w:hAnsi="Calibri"/>
          <w:b w:val="0"/>
          <w:i/>
          <w:color w:val="667085"/>
          <w:sz w:val="16"/>
        </w:rPr>
        <w:t>Quotation with options template — freeinvoicecreatortool.com/quotation-maker/</w:t>
      </w:r>
    </w:p>
    <w:sectPr w:rsidR="00FC693F" w:rsidRPr="0006063C" w:rsidSect="00034616">
      <w:pgSz w:w="11906" w:h="16838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With Options Template</dc:title>
  <dc:subject/>
  <dc:creator>Free Invoice Creator Tool</dc:creator>
  <cp:keywords/>
  <dc:description>Editable Word template from freeinvoicecreatortool.com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