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RECEIPT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Receipt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REC-[0001]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 paid: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Invoice / ref.: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INV-[0001]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Currency: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[USD]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ISSUED BY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[Your Company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State,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/ VAT no.: [   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RECEIVED FROM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[Customer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State,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[Email]  ·  [Phone]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PAYMENT METHOD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[Cash / Card / Bank transfer / Mobile money]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AMOUNT RECEIVED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[CUR] [0.00]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DATE PAID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[DD/MM/YYYY]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TRANSACTION / REF. NO.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   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5783"/>
        <w:gridCol w:w="1020"/>
        <w:gridCol w:w="1587"/>
        <w:gridCol w:w="1701"/>
      </w:tblGrid>
      <w:tr>
        <w:tc>
          <w:tcPr>
            <w:tcW w:type="dxa" w:w="5783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1020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58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170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Subtotal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Discount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([0]%)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Amount received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Balance due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NOTES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[Thank you for your payment. This receipt confirms the amount received above.]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RECEIVED BY (NAME AND SIGNATURE)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PAYER (OPTIONAL)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Payment receipt template — freeinvoicecreatortool.com/receipt-maker/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 Payment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