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10091"/>
        <w:tblLayout w:type="fixed"/>
        <w:tblLook w:firstColumn="1" w:firstRow="1" w:lastColumn="0" w:lastRow="0" w:noHBand="0" w:noVBand="1" w:val="04A0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5851"/>
        <w:gridCol w:w="4241"/>
      </w:tblGrid>
      <w:tr>
        <w:tc>
          <w:tcPr>
            <w:tcW w:type="dxa" w:w="5851"/>
          </w:tcPr>
          <w:p>
            <w:pPr>
              <w:spacing w:after="80"/>
            </w:pPr>
            <w:r/>
            <w:r>
              <w:rPr>
                <w:rFonts w:ascii="Calibri" w:hAnsi="Calibri"/>
                <w:b/>
                <w:i w:val="0"/>
                <w:color w:val="667085"/>
                <w:sz w:val="18"/>
              </w:rPr>
              <w:t>[LOGO]</w:t>
            </w:r>
          </w:p>
          <w:p>
            <w:pPr>
              <w:spacing w:after="20" w:before="0"/>
            </w:pPr>
            <w:r>
              <w:rPr>
                <w:rFonts w:ascii="Calibri" w:hAnsi="Calibri"/>
                <w:b/>
                <w:i w:val="0"/>
                <w:color w:val="172033"/>
                <w:sz w:val="28"/>
              </w:rPr>
              <w:t>[Landlord / agent name]</w:t>
            </w:r>
          </w:p>
          <w:p>
            <w:pPr>
              <w:spacing w:after="0" w:before="0"/>
            </w:pPr>
            <w:r>
              <w:rPr>
                <w:rFonts w:ascii="Calibri" w:hAnsi="Calibri"/>
                <w:b w:val="0"/>
                <w:i w:val="0"/>
                <w:color w:val="667085"/>
                <w:sz w:val="18"/>
              </w:rPr>
              <w:t>[Address]  |  [Phone]  |  [Email]</w:t>
            </w:r>
          </w:p>
        </w:tc>
        <w:tc>
          <w:tcPr>
            <w:tcW w:type="dxa" w:w="4241"/>
          </w:tcPr>
          <w:p>
            <w:pPr>
              <w:spacing w:after="8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48"/>
              </w:rPr>
              <w:t>RENT RECEIPT</w:t>
            </w:r>
          </w:p>
          <w:p>
            <w:pPr>
              <w:spacing w:after="0"/>
              <w:jc w:val="right"/>
            </w:pPr>
            <w:r>
              <w:rPr>
                <w:rFonts w:ascii="Calibri" w:hAnsi="Calibri"/>
                <w:b w:val="0"/>
                <w:i w:val="0"/>
                <w:color w:val="667085"/>
                <w:sz w:val="18"/>
              </w:rPr>
              <w:t xml:space="preserve">Receipt no.:  </w:t>
            </w:r>
            <w:r>
              <w:rPr>
                <w:rFonts w:ascii="Calibri" w:hAnsi="Calibri"/>
                <w:b/>
                <w:i w:val="0"/>
                <w:color w:val="172033"/>
                <w:sz w:val="19"/>
              </w:rPr>
              <w:t>RR-[0001]</w:t>
            </w:r>
          </w:p>
          <w:p>
            <w:pPr>
              <w:spacing w:after="0"/>
              <w:jc w:val="right"/>
            </w:pPr>
            <w:r>
              <w:rPr>
                <w:rFonts w:ascii="Calibri" w:hAnsi="Calibri"/>
                <w:b w:val="0"/>
                <w:i w:val="0"/>
                <w:color w:val="667085"/>
                <w:sz w:val="18"/>
              </w:rPr>
              <w:t xml:space="preserve">Date paid:  </w:t>
            </w:r>
            <w:r>
              <w:rPr>
                <w:rFonts w:ascii="Calibri" w:hAnsi="Calibri"/>
                <w:b/>
                <w:i w:val="0"/>
                <w:color w:val="172033"/>
                <w:sz w:val="19"/>
              </w:rPr>
              <w:t>[DD/MM/YYYY]</w:t>
            </w:r>
          </w:p>
          <w:p>
            <w:pPr>
              <w:spacing w:after="0"/>
              <w:jc w:val="right"/>
            </w:pPr>
            <w:r>
              <w:rPr>
                <w:rFonts w:ascii="Calibri" w:hAnsi="Calibri"/>
                <w:b w:val="0"/>
                <w:i w:val="0"/>
                <w:color w:val="667085"/>
                <w:sz w:val="18"/>
              </w:rPr>
              <w:t xml:space="preserve">Rental period:  </w:t>
            </w:r>
            <w:r>
              <w:rPr>
                <w:rFonts w:ascii="Calibri" w:hAnsi="Calibri"/>
                <w:b/>
                <w:i w:val="0"/>
                <w:color w:val="172033"/>
                <w:sz w:val="19"/>
              </w:rPr>
              <w:t>[DD/MM/YYYY] – [DD/MM/YYYY]</w:t>
            </w:r>
          </w:p>
          <w:p>
            <w:pPr>
              <w:spacing w:after="0"/>
              <w:jc w:val="right"/>
            </w:pPr>
            <w:r>
              <w:rPr>
                <w:rFonts w:ascii="Calibri" w:hAnsi="Calibri"/>
                <w:b w:val="0"/>
                <w:i w:val="0"/>
                <w:color w:val="667085"/>
                <w:sz w:val="18"/>
              </w:rPr>
              <w:t xml:space="preserve">Currency:  </w:t>
            </w:r>
            <w:r>
              <w:rPr>
                <w:rFonts w:ascii="Calibri" w:hAnsi="Calibri"/>
                <w:b/>
                <w:i w:val="0"/>
                <w:color w:val="172033"/>
                <w:sz w:val="19"/>
              </w:rPr>
              <w:t>[USD]</w:t>
            </w:r>
          </w:p>
        </w:tc>
      </w:tr>
    </w:tbl>
    <w:p>
      <w:pPr>
        <w:spacing w:after="120"/>
        <w:pBdr>
          <w:bottom w:val="single" w:sz="10" w:space="1" w:color="1A2438"/>
        </w:pBdr>
      </w:pPr>
    </w:p>
    <w:tbl>
      <w:tblPr>
        <w:tblW w:type="dxa" w:w="10091"/>
        <w:tblLayout w:type="fixed"/>
        <w:tblLook w:firstColumn="1" w:firstRow="1" w:lastColumn="0" w:lastRow="0" w:noHBand="0" w:noVBand="1" w:val="04A0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5046"/>
        <w:gridCol w:w="5046"/>
      </w:tblGrid>
      <w:tr>
        <w:tc>
          <w:tcPr>
            <w:tcW w:type="dxa" w:w="5046"/>
          </w:tcPr>
          <w:p>
            <w:pPr>
              <w:spacing w:after="40"/>
            </w:pPr>
            <w:r/>
            <w:r>
              <w:rPr>
                <w:rFonts w:ascii="Calibri" w:hAnsi="Calibri"/>
                <w:b/>
                <w:i w:val="0"/>
                <w:color w:val="006DD9"/>
                <w:sz w:val="16"/>
              </w:rPr>
              <w:t>RECEIVED FROM (TENANT)</w:t>
            </w:r>
          </w:p>
          <w:p>
            <w:pPr>
              <w:spacing w:after="20" w:before="0"/>
            </w:pPr>
            <w:r>
              <w:rPr>
                <w:rFonts w:ascii="Calibri" w:hAnsi="Calibri"/>
                <w:b/>
                <w:i w:val="0"/>
                <w:color w:val="172033"/>
                <w:sz w:val="21"/>
              </w:rPr>
              <w:t>[Tenant name]</w:t>
            </w:r>
          </w:p>
          <w:p>
            <w:pPr>
              <w:spacing w:after="20" w:before="0"/>
            </w:pPr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[Phone]  ·  [Email]</w:t>
            </w:r>
          </w:p>
        </w:tc>
        <w:tc>
          <w:tcPr>
            <w:tcW w:type="dxa" w:w="5046"/>
          </w:tcPr>
          <w:p>
            <w:pPr>
              <w:spacing w:after="40"/>
            </w:pPr>
            <w:r/>
            <w:r>
              <w:rPr>
                <w:rFonts w:ascii="Calibri" w:hAnsi="Calibri"/>
                <w:b/>
                <w:i w:val="0"/>
                <w:color w:val="006DD9"/>
                <w:sz w:val="16"/>
              </w:rPr>
              <w:t>PROPERTY</w:t>
            </w:r>
          </w:p>
          <w:p>
            <w:pPr>
              <w:spacing w:after="20" w:before="0"/>
            </w:pPr>
            <w:r>
              <w:rPr>
                <w:rFonts w:ascii="Calibri" w:hAnsi="Calibri"/>
                <w:b/>
                <w:i w:val="0"/>
                <w:color w:val="172033"/>
                <w:sz w:val="21"/>
              </w:rPr>
              <w:t>[Property address]</w:t>
            </w:r>
          </w:p>
          <w:p>
            <w:pPr>
              <w:spacing w:after="20" w:before="0"/>
            </w:pPr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[Unit / flat no.]</w:t>
            </w:r>
          </w:p>
          <w:p>
            <w:pPr>
              <w:spacing w:after="20" w:before="0"/>
            </w:pPr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Tenancy ref.: [   ]</w:t>
            </w:r>
          </w:p>
        </w:tc>
      </w:tr>
    </w:tbl>
    <w:p>
      <w:pPr>
        <w:spacing w:after="40"/>
      </w:pPr>
    </w:p>
    <w:tbl>
      <w:tblPr>
        <w:tblW w:type="dxa" w:w="10091"/>
        <w:tblLayout w:type="fixed"/>
        <w:tblLook w:firstColumn="1" w:firstRow="1" w:lastColumn="0" w:lastRow="0" w:noHBand="0" w:noVBand="1" w:val="04A0"/>
        <w:jc w:val="left"/>
        <w:tblBorders>
          <w:top w:val="single" w:sz="4" w:space="0" w:color="DDE4EE"/>
          <w:left w:val="single" w:sz="4" w:space="0" w:color="DDE4EE"/>
          <w:bottom w:val="single" w:sz="4" w:space="0" w:color="DDE4EE"/>
          <w:right w:val="single" w:sz="4" w:space="0" w:color="DDE4EE"/>
          <w:insideH w:val="single" w:sz="4" w:space="0" w:color="DDE4EE"/>
          <w:insideV w:val="single" w:sz="4" w:space="0" w:color="DDE4EE"/>
        </w:tblBorders>
        <w:tblLayout w:type="fixed"/>
      </w:tblPr>
      <w:tblGrid>
        <w:gridCol w:w="2523"/>
        <w:gridCol w:w="2523"/>
        <w:gridCol w:w="2523"/>
        <w:gridCol w:w="2523"/>
      </w:tblGrid>
      <w:tr>
        <w:tc>
          <w:tcPr>
            <w:tcW w:type="dxa" w:w="2523"/>
            <w:shd w:val="clear" w:color="auto" w:fill="F3F6FB"/>
          </w:tcPr>
          <w:p>
            <w:pPr>
              <w:spacing w:after="20"/>
            </w:pPr>
            <w:r/>
            <w:r>
              <w:rPr>
                <w:rFonts w:ascii="Calibri" w:hAnsi="Calibri"/>
                <w:b/>
                <w:i w:val="0"/>
                <w:color w:val="667085"/>
                <w:sz w:val="14"/>
              </w:rPr>
              <w:t>PAYMENT METHOD</w:t>
            </w:r>
          </w:p>
          <w:p>
            <w:pPr>
              <w:spacing w:after="40"/>
            </w:pPr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  <w:t>[Cash / Card / Bank transfer / Mobile money]</w:t>
            </w:r>
          </w:p>
        </w:tc>
        <w:tc>
          <w:tcPr>
            <w:tcW w:type="dxa" w:w="2523"/>
            <w:shd w:val="clear" w:color="auto" w:fill="F3F6FB"/>
          </w:tcPr>
          <w:p>
            <w:pPr>
              <w:spacing w:after="20"/>
            </w:pPr>
            <w:r/>
            <w:r>
              <w:rPr>
                <w:rFonts w:ascii="Calibri" w:hAnsi="Calibri"/>
                <w:b/>
                <w:i w:val="0"/>
                <w:color w:val="667085"/>
                <w:sz w:val="14"/>
              </w:rPr>
              <w:t>AMOUNT RECEIVED</w:t>
            </w:r>
          </w:p>
          <w:p>
            <w:pPr>
              <w:spacing w:after="40"/>
            </w:pPr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  <w:t>[CUR] [0.00]</w:t>
            </w:r>
          </w:p>
        </w:tc>
        <w:tc>
          <w:tcPr>
            <w:tcW w:type="dxa" w:w="2523"/>
            <w:shd w:val="clear" w:color="auto" w:fill="F3F6FB"/>
          </w:tcPr>
          <w:p>
            <w:pPr>
              <w:spacing w:after="20"/>
            </w:pPr>
            <w:r/>
            <w:r>
              <w:rPr>
                <w:rFonts w:ascii="Calibri" w:hAnsi="Calibri"/>
                <w:b/>
                <w:i w:val="0"/>
                <w:color w:val="667085"/>
                <w:sz w:val="14"/>
              </w:rPr>
              <w:t>DATE PAID</w:t>
            </w:r>
          </w:p>
          <w:p>
            <w:pPr>
              <w:spacing w:after="40"/>
            </w:pPr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  <w:t>[DD/MM/YYYY]</w:t>
            </w:r>
          </w:p>
        </w:tc>
        <w:tc>
          <w:tcPr>
            <w:tcW w:type="dxa" w:w="2523"/>
            <w:shd w:val="clear" w:color="auto" w:fill="F3F6FB"/>
          </w:tcPr>
          <w:p>
            <w:pPr>
              <w:spacing w:after="20"/>
            </w:pPr>
            <w:r/>
            <w:r>
              <w:rPr>
                <w:rFonts w:ascii="Calibri" w:hAnsi="Calibri"/>
                <w:b/>
                <w:i w:val="0"/>
                <w:color w:val="667085"/>
                <w:sz w:val="14"/>
              </w:rPr>
              <w:t>RENT DUE FOR PERIOD</w:t>
            </w:r>
          </w:p>
          <w:p>
            <w:pPr>
              <w:spacing w:after="40"/>
            </w:pPr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  <w:t>[CUR] [0.00]</w:t>
            </w:r>
          </w:p>
        </w:tc>
      </w:tr>
    </w:tbl>
    <w:p>
      <w:pPr>
        <w:spacing w:after="40"/>
      </w:pPr>
    </w:p>
    <w:tbl>
      <w:tblPr>
        <w:tblW w:type="dxa" w:w="10091"/>
        <w:tblLayout w:type="fixed"/>
        <w:tblLook w:firstColumn="1" w:firstRow="1" w:lastColumn="0" w:lastRow="0" w:noHBand="0" w:noVBand="1" w:val="04A0"/>
        <w:jc w:val="left"/>
        <w:tblBorders>
          <w:top w:val="single" w:sz="4" w:space="0" w:color="DDE4EE"/>
          <w:left w:val="single" w:sz="4" w:space="0" w:color="DDE4EE"/>
          <w:bottom w:val="single" w:sz="4" w:space="0" w:color="DDE4EE"/>
          <w:right w:val="single" w:sz="4" w:space="0" w:color="DDE4EE"/>
          <w:insideH w:val="single" w:sz="4" w:space="0" w:color="DDE4EE"/>
          <w:insideV w:val="single" w:sz="4" w:space="0" w:color="DDE4EE"/>
        </w:tblBorders>
        <w:tblLayout w:type="fixed"/>
        <w:tblLayout w:type="fixed"/>
      </w:tblPr>
      <w:tblGrid>
        <w:gridCol w:w="6803"/>
        <w:gridCol w:w="3288"/>
      </w:tblGrid>
      <w:tr>
        <w:tc>
          <w:tcPr>
            <w:tcW w:type="dxa" w:w="6803"/>
            <w:shd w:val="clear" w:color="auto" w:fill="1A2438"/>
          </w:tcPr>
          <w:p>
            <w:pPr>
              <w:spacing w:after="20"/>
            </w:pPr>
            <w:r/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DESCRIPTION</w:t>
            </w:r>
          </w:p>
        </w:tc>
        <w:tc>
          <w:tcPr>
            <w:tcW w:type="dxa" w:w="3288"/>
            <w:shd w:val="clear" w:color="auto" w:fill="1A2438"/>
          </w:tcPr>
          <w:p>
            <w:pPr>
              <w:spacing w:after="20"/>
              <w:jc w:val="right"/>
            </w:pPr>
            <w:r/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AMOUNT</w:t>
            </w:r>
          </w:p>
        </w:tc>
      </w:tr>
      <w:tr>
        <w:tc>
          <w:tcPr>
            <w:tcW w:type="dxa" w:w="6803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  <w:t>Rent — [Month YYYY]</w:t>
            </w:r>
          </w:p>
        </w:tc>
        <w:tc>
          <w:tcPr>
            <w:tcW w:type="dxa" w:w="3288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  <w:t>[0.00]</w:t>
            </w:r>
          </w:p>
        </w:tc>
      </w:tr>
      <w:tr>
        <w:tc>
          <w:tcPr>
            <w:tcW w:type="dxa" w:w="6803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  <w:t>Service charge / utilities (if any)</w:t>
            </w:r>
          </w:p>
        </w:tc>
        <w:tc>
          <w:tcPr>
            <w:tcW w:type="dxa" w:w="3288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  <w:t>[0.00]</w:t>
            </w:r>
          </w:p>
        </w:tc>
      </w:tr>
      <w:tr>
        <w:tc>
          <w:tcPr>
            <w:tcW w:type="dxa" w:w="6803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  <w:t>Late fee / arrears (if any)</w:t>
            </w:r>
          </w:p>
        </w:tc>
        <w:tc>
          <w:tcPr>
            <w:tcW w:type="dxa" w:w="3288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  <w:t>[0.00]</w:t>
            </w:r>
          </w:p>
        </w:tc>
      </w:tr>
      <w:tr>
        <w:tc>
          <w:tcPr>
            <w:tcW w:type="dxa" w:w="6803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3288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</w:tr>
      <w:tr>
        <w:tc>
          <w:tcPr>
            <w:tcW w:type="dxa" w:w="6803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3288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</w:tr>
      <w:tr>
        <w:tc>
          <w:tcPr>
            <w:tcW w:type="dxa" w:w="6803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3288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</w:tr>
    </w:tbl>
    <w:p>
      <w:pPr>
        <w:spacing w:after="40"/>
      </w:pPr>
    </w:p>
    <w:tbl>
      <w:tblPr>
        <w:tblW w:type="dxa" w:w="10091"/>
        <w:tblLayout w:type="fixed"/>
        <w:tblLook w:firstColumn="1" w:firstRow="1" w:lastColumn="0" w:lastRow="0" w:noHBand="0" w:noVBand="1" w:val="04A0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5556"/>
        <w:gridCol w:w="2608"/>
        <w:gridCol w:w="1928"/>
      </w:tblGrid>
      <w:tr>
        <w:tc>
          <w:tcPr>
            <w:tcW w:type="dxa" w:w="5556"/>
          </w:tcPr>
          <w:p/>
        </w:tc>
        <w:tc>
          <w:tcPr>
            <w:tcW w:type="dxa" w:w="2608"/>
          </w:tcPr>
          <w:p>
            <w:pPr>
              <w:spacing w:after="20"/>
            </w:pPr>
            <w:r/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Total due</w:t>
            </w:r>
          </w:p>
        </w:tc>
        <w:tc>
          <w:tcPr>
            <w:tcW w:type="dxa" w:w="1928"/>
          </w:tcPr>
          <w:p>
            <w:pPr>
              <w:spacing w:after="20"/>
              <w:jc w:val="right"/>
            </w:pPr>
            <w:r/>
            <w:r>
              <w:rPr>
                <w:rFonts w:ascii="Calibri" w:hAnsi="Calibri"/>
                <w:b/>
                <w:i w:val="0"/>
                <w:color w:val="172033"/>
                <w:sz w:val="19"/>
              </w:rPr>
              <w:t>[0.00]</w:t>
            </w:r>
          </w:p>
        </w:tc>
      </w:tr>
      <w:tr>
        <w:tc>
          <w:tcPr>
            <w:tcW w:type="dxa" w:w="5556"/>
          </w:tcPr>
          <w:p/>
        </w:tc>
        <w:tc>
          <w:tcPr>
            <w:tcW w:type="dxa" w:w="2608"/>
          </w:tcPr>
          <w:p>
            <w:pPr>
              <w:spacing w:after="20"/>
            </w:pPr>
            <w:r/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Amount received</w:t>
            </w:r>
          </w:p>
        </w:tc>
        <w:tc>
          <w:tcPr>
            <w:tcW w:type="dxa" w:w="1928"/>
          </w:tcPr>
          <w:p>
            <w:pPr>
              <w:spacing w:after="20"/>
              <w:jc w:val="right"/>
            </w:pPr>
            <w:r/>
            <w:r>
              <w:rPr>
                <w:rFonts w:ascii="Calibri" w:hAnsi="Calibri"/>
                <w:b/>
                <w:i w:val="0"/>
                <w:color w:val="172033"/>
                <w:sz w:val="19"/>
              </w:rPr>
              <w:t>[0.00]</w:t>
            </w:r>
          </w:p>
        </w:tc>
      </w:tr>
      <w:tr>
        <w:tc>
          <w:tcPr>
            <w:tcW w:type="dxa" w:w="5556"/>
          </w:tcPr>
          <w:p/>
        </w:tc>
        <w:tc>
          <w:tcPr>
            <w:tcW w:type="dxa" w:w="2608"/>
            <w:shd w:val="clear" w:color="auto" w:fill="E8F2FD"/>
          </w:tcPr>
          <w:p>
            <w:pPr>
              <w:spacing w:after="20"/>
            </w:pPr>
            <w:r/>
            <w:r>
              <w:rPr>
                <w:rFonts w:ascii="Calibri" w:hAnsi="Calibri"/>
                <w:b/>
                <w:i w:val="0"/>
                <w:color w:val="004488"/>
                <w:sz w:val="20"/>
              </w:rPr>
              <w:t>Balance / arrears carried forward</w:t>
            </w:r>
          </w:p>
        </w:tc>
        <w:tc>
          <w:tcPr>
            <w:tcW w:type="dxa" w:w="1928"/>
            <w:shd w:val="clear" w:color="auto" w:fill="E8F2FD"/>
          </w:tcPr>
          <w:p>
            <w:pPr>
              <w:spacing w:after="20"/>
              <w:jc w:val="right"/>
            </w:pPr>
            <w:r/>
            <w:r>
              <w:rPr>
                <w:rFonts w:ascii="Calibri" w:hAnsi="Calibri"/>
                <w:b/>
                <w:i w:val="0"/>
                <w:color w:val="004488"/>
                <w:sz w:val="20"/>
              </w:rPr>
              <w:t>[CUR] [0.00]</w:t>
            </w:r>
          </w:p>
        </w:tc>
      </w:tr>
    </w:tbl>
    <w:p>
      <w:pPr>
        <w:spacing w:after="40"/>
      </w:pPr>
    </w:p>
    <w:p>
      <w:pPr>
        <w:spacing w:before="160" w:after="60"/>
      </w:pPr>
      <w:r>
        <w:rPr>
          <w:rFonts w:ascii="Calibri" w:hAnsi="Calibri"/>
          <w:b/>
          <w:i w:val="0"/>
          <w:color w:val="006DD9"/>
          <w:sz w:val="16"/>
        </w:rPr>
        <w:t>NOTES</w:t>
      </w:r>
    </w:p>
    <w:p>
      <w:pPr>
        <w:spacing w:after="80" w:before="0"/>
      </w:pPr>
      <w:r>
        <w:rPr>
          <w:rFonts w:ascii="Calibri" w:hAnsi="Calibri"/>
          <w:b w:val="0"/>
          <w:i w:val="0"/>
          <w:color w:val="172033"/>
          <w:sz w:val="19"/>
        </w:rPr>
        <w:t>[Rent is received on account of the tenancy above. Keep this receipt as proof of payment.]</w:t>
      </w:r>
    </w:p>
    <w:tbl>
      <w:tblPr>
        <w:tblW w:type="dxa" w:w="10091"/>
        <w:tblLayout w:type="fixed"/>
        <w:tblLook w:firstColumn="1" w:firstRow="1" w:lastColumn="0" w:lastRow="0" w:noHBand="0" w:noVBand="1" w:val="04A0"/>
        <w:jc w:val="left"/>
        <w:tblBorders>
          <w:top w:val="single" w:sz="4" w:space="0" w:color="DDE4EE"/>
          <w:left w:val="single" w:sz="4" w:space="0" w:color="DDE4EE"/>
          <w:bottom w:val="single" w:sz="4" w:space="0" w:color="DDE4EE"/>
          <w:right w:val="single" w:sz="4" w:space="0" w:color="DDE4EE"/>
          <w:insideH w:val="single" w:sz="4" w:space="0" w:color="DDE4EE"/>
          <w:insideV w:val="single" w:sz="4" w:space="0" w:color="DDE4EE"/>
        </w:tblBorders>
        <w:tblLayout w:type="fixed"/>
      </w:tblPr>
      <w:tblGrid>
        <w:gridCol w:w="5046"/>
        <w:gridCol w:w="5046"/>
      </w:tblGrid>
      <w:tr>
        <w:tc>
          <w:tcPr>
            <w:tcW w:type="dxa" w:w="5046"/>
          </w:tcPr>
          <w:p>
            <w:r/>
            <w:r>
              <w:rPr>
                <w:rFonts w:ascii="Calibri" w:hAnsi="Calibri"/>
                <w:b/>
                <w:i w:val="0"/>
                <w:color w:val="667085"/>
                <w:sz w:val="14"/>
              </w:rPr>
              <w:t>LANDLORD / AGENT (NAME AND SIGNATURE)</w:t>
            </w:r>
          </w:p>
          <w:p>
            <w:pPr>
              <w:spacing w:before="100" w:after="0"/>
            </w:pPr>
            <w:r>
              <w:rPr>
                <w:rFonts w:ascii="Calibri" w:hAnsi="Calibri"/>
                <w:b w:val="0"/>
                <w:i w:val="0"/>
                <w:color w:val="667085"/>
                <w:sz w:val="17"/>
              </w:rPr>
              <w:t>Name:  ______________________</w:t>
            </w:r>
          </w:p>
          <w:p>
            <w:pPr>
              <w:spacing w:before="100" w:after="0"/>
            </w:pPr>
            <w:r>
              <w:rPr>
                <w:rFonts w:ascii="Calibri" w:hAnsi="Calibri"/>
                <w:b w:val="0"/>
                <w:i w:val="0"/>
                <w:color w:val="667085"/>
                <w:sz w:val="17"/>
              </w:rPr>
              <w:t>Signature:  __________________</w:t>
            </w:r>
          </w:p>
          <w:p>
            <w:pPr>
              <w:spacing w:before="100" w:after="0"/>
            </w:pPr>
            <w:r>
              <w:rPr>
                <w:rFonts w:ascii="Calibri" w:hAnsi="Calibri"/>
                <w:b w:val="0"/>
                <w:i w:val="0"/>
                <w:color w:val="667085"/>
                <w:sz w:val="17"/>
              </w:rPr>
              <w:t>Date / time:  ________________</w:t>
            </w:r>
          </w:p>
        </w:tc>
        <w:tc>
          <w:tcPr>
            <w:tcW w:type="dxa" w:w="5046"/>
          </w:tcPr>
          <w:p>
            <w:r/>
            <w:r>
              <w:rPr>
                <w:rFonts w:ascii="Calibri" w:hAnsi="Calibri"/>
                <w:b/>
                <w:i w:val="0"/>
                <w:color w:val="667085"/>
                <w:sz w:val="14"/>
              </w:rPr>
              <w:t>PAYER (OPTIONAL)</w:t>
            </w:r>
          </w:p>
          <w:p>
            <w:pPr>
              <w:spacing w:before="100" w:after="0"/>
            </w:pPr>
            <w:r>
              <w:rPr>
                <w:rFonts w:ascii="Calibri" w:hAnsi="Calibri"/>
                <w:b w:val="0"/>
                <w:i w:val="0"/>
                <w:color w:val="667085"/>
                <w:sz w:val="17"/>
              </w:rPr>
              <w:t>Name:  ______________________</w:t>
            </w:r>
          </w:p>
          <w:p>
            <w:pPr>
              <w:spacing w:before="100" w:after="0"/>
            </w:pPr>
            <w:r>
              <w:rPr>
                <w:rFonts w:ascii="Calibri" w:hAnsi="Calibri"/>
                <w:b w:val="0"/>
                <w:i w:val="0"/>
                <w:color w:val="667085"/>
                <w:sz w:val="17"/>
              </w:rPr>
              <w:t>Signature:  __________________</w:t>
            </w:r>
          </w:p>
          <w:p>
            <w:pPr>
              <w:spacing w:before="100" w:after="0"/>
            </w:pPr>
            <w:r>
              <w:rPr>
                <w:rFonts w:ascii="Calibri" w:hAnsi="Calibri"/>
                <w:b w:val="0"/>
                <w:i w:val="0"/>
                <w:color w:val="667085"/>
                <w:sz w:val="17"/>
              </w:rPr>
              <w:t>Date / time:  ________________</w:t>
            </w:r>
          </w:p>
        </w:tc>
      </w:tr>
    </w:tbl>
    <w:p>
      <w:pPr>
        <w:spacing w:before="120"/>
        <w:jc w:val="center"/>
      </w:pPr>
      <w:r>
        <w:rPr>
          <w:rFonts w:ascii="Calibri" w:hAnsi="Calibri"/>
          <w:b w:val="0"/>
          <w:i/>
          <w:color w:val="667085"/>
          <w:sz w:val="16"/>
        </w:rPr>
        <w:t>Rent receipt template — freeinvoicecreatortool.com/receipt-maker/</w:t>
      </w:r>
    </w:p>
    <w:sectPr w:rsidR="00FC693F" w:rsidRPr="0006063C" w:rsidSect="00034616">
      <w:pgSz w:w="11906" w:h="16838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Rent Receipt Template</dc:title>
  <dc:subject/>
  <dc:creator>Free Invoice Creator Tool</dc:creator>
  <cp:keywords/>
  <dc:description>Editable Word template from freeinvoicecreatortool.com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