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[Shop address, City]  |  [Phone]  |  [Email / website]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SALES RECEIPT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Receipt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SR-[0001]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 / time: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  HH:MM]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Served by: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[Staff name]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Currency: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[USD]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STORE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[Store / branch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/ VAT no.: [   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CUSTOMER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[Customer name or “Walk-in”]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 / email]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Loyalty / account no.: [   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4195"/>
        <w:gridCol w:w="1587"/>
        <w:gridCol w:w="907"/>
        <w:gridCol w:w="1587"/>
        <w:gridCol w:w="1814"/>
      </w:tblGrid>
      <w:tr>
        <w:tc>
          <w:tcPr>
            <w:tcW w:type="dxa" w:w="4195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1587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SKU / CODE</w:t>
            </w:r>
          </w:p>
        </w:tc>
        <w:tc>
          <w:tcPr>
            <w:tcW w:type="dxa" w:w="90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58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 PRICE</w:t>
            </w:r>
          </w:p>
        </w:tc>
        <w:tc>
          <w:tcPr>
            <w:tcW w:type="dxa" w:w="181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419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19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19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19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19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19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19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19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Subtotal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Discount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([0]%)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Paid — [Cash / Card ****1234]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Change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PAYMENT METHOD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Cash  ☐ Card  ☐ Mobile money  ☐ Transfer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CARD / TRANSACTION REF.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   ]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ITEMS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RETURNS POLICY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[Goods may be exchanged within 14 days with this receipt. Sale items are non-returnable.]</w:t>
      </w:r>
    </w:p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Sales / store receipt template — freeinvoicecreatortool.com/receipt-maker/  ·  Thank you for shopping with us.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Receipt Template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