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name / business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RECEIPT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Receipt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REC-[0001]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 paid: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Service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ISSUED BY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name / business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[Trade or profession]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Registration / licence no.: [   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no. (if registered): [   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RECEIVED FROM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[Client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 / site 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 METHOD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[Cash / Card / Bank transfer / Mobile money]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AMOUNT RECEIVED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[CUR] [0.00]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DATE PAID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[DD/MM/YYYY]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JOB / BOOKING REF.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   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5102"/>
        <w:gridCol w:w="1474"/>
        <w:gridCol w:w="1587"/>
        <w:gridCol w:w="1928"/>
      </w:tblGrid>
      <w:tr>
        <w:tc>
          <w:tcPr>
            <w:tcW w:type="dxa" w:w="5102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SERVICE PROVIDED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HOURS / UNITS</w:t>
            </w:r>
          </w:p>
        </w:tc>
        <w:tc>
          <w:tcPr>
            <w:tcW w:type="dxa" w:w="158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1928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10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[Service description — e.g. boiler service, consultation, repair]</w:t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1</w:t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  <w:tc>
          <w:tcPr>
            <w:tcW w:type="dxa" w:w="192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10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[Parts / materials supplied]</w:t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1</w:t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  <w:tc>
          <w:tcPr>
            <w:tcW w:type="dxa" w:w="192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10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10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10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10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102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Amount received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Balance due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GUARANTEE / NOTES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[Work guaranteed for [90] days. Thank you for your payment.]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RECEIVED BY (NAME AND SIGNATURE)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PAYER (OPTIONAL)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Service receipt template — freeinvoicecreatortool.com/receipt-maker/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Receipt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