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TAX INVOICE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INV-[0001]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Due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Supply / tax point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SUPPLIER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VAT / GST registration no.: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CUSTOMER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Customer VAT / GST no.: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PO no.: [   ]</w:t>
            </w:r>
          </w:p>
        </w:tc>
      </w:tr>
    </w:tbl>
    <w:p>
      <w:pPr>
        <w:spacing w:after="40"/>
      </w:pPr>
    </w:p>
    <w:tbl>
      <w:tblPr>
        <w:tblW w:type="dxa" w:w="10658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3742"/>
        <w:gridCol w:w="1134"/>
        <w:gridCol w:w="907"/>
        <w:gridCol w:w="1361"/>
        <w:gridCol w:w="1474"/>
        <w:gridCol w:w="794"/>
        <w:gridCol w:w="1247"/>
      </w:tblGrid>
      <w:tr>
        <w:tc>
          <w:tcPr>
            <w:tcW w:type="dxa" w:w="3742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13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HSN / CODE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TAXABLE VALUE</w:t>
            </w:r>
          </w:p>
        </w:tc>
        <w:tc>
          <w:tcPr>
            <w:tcW w:type="dxa" w:w="79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TAX %</w:t>
            </w:r>
          </w:p>
        </w:tc>
        <w:tc>
          <w:tcPr>
            <w:tcW w:type="dxa" w:w="124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TAX</w:t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taxable value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at [0]%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at [0]%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tax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payable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TAX SCHEME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VAT  ☐ GST  ☐ Sales tax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REVERSE CHARGE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Not applicable  ☐ Applies — customer to account for tax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AMOUNT IN WORDS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PAYMENT DETAILS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Bank: [Bank name]   ·   Account name: [Your Company Name]   ·   Account no.: [00000000]   ·   Sort / routing: [00-00-00]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Reference: [Invoice number]   ·   Payment link: [https://...]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TERMS &amp; CONDITIONS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[This is a tax invoice. Payment is due by the due date shown. Errors and omissions excepted.]</w:t>
      </w:r>
    </w:p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Tax / VAT / GST invoice template — freeinvoicecreatortool.com/tax-invoice-generator/  ·  Check your tax authority's invoice requirements.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 Vat Gst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