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COURIER WAYBILL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Waybill / tracking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[000 000 000]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Service: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[Same day / Next day / Standard]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Booking ref.: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[REF]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SHIPPER (FROM)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[Shipper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Postcode,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CONSIGNEE (TO)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[Recipient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Postcode,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SERVICE TYPE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Same day  ☐ Next day  ☐ Standard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Prepaid  ☐ Cash on delivery  ☐ Collect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COD AMOUNT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[Currency] [0.00]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INSURANCE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Yes  ☐ No   Value: [0.00]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1134"/>
        <w:gridCol w:w="4082"/>
        <w:gridCol w:w="2381"/>
        <w:gridCol w:w="1361"/>
        <w:gridCol w:w="1134"/>
      </w:tblGrid>
      <w:tr>
        <w:tc>
          <w:tcPr>
            <w:tcW w:type="dxa" w:w="1134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PARCEL NO.</w:t>
            </w:r>
          </w:p>
        </w:tc>
        <w:tc>
          <w:tcPr>
            <w:tcW w:type="dxa" w:w="4082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CONTENTS</w:t>
            </w:r>
          </w:p>
        </w:tc>
        <w:tc>
          <w:tcPr>
            <w:tcW w:type="dxa" w:w="2381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DIMENSIONS L×W×H (CM)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WEIGHT (KG)</w:t>
            </w:r>
          </w:p>
        </w:tc>
        <w:tc>
          <w:tcPr>
            <w:tcW w:type="dxa" w:w="113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DECLARED VALUE</w:t>
            </w:r>
          </w:p>
        </w:tc>
      </w:tr>
      <w:tr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parcels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weight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 kg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Total declared value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SPECIAL INSTRUCTIONS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[Fragile / keep upright / call before delivery / leave with neighbour — delete as appropriate.]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CONDITIONS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[Goods accepted for carriage subject to the carrier's standard conditions. Claims for loss or damage must be notified in writing within [X] days of delivery.]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SHIPPER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COURIER — COLLECTED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RECEIVED IN GOOD CONDITION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Courier / parcel waybill template — freeinvoicecreatortool.com/waybill-maker/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Waybill Template Courier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