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024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714"/>
        <w:gridCol w:w="6310"/>
      </w:tblGrid>
      <w:tr>
        <w:tc>
          <w:tcPr>
            <w:tcW w:type="dxa" w:w="8714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6310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DELIVERY MANIFEST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Manifest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MF-[0001]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Route: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[Route name / area]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Depot: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[Depot]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5024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04"/>
        <w:gridCol w:w="2504"/>
        <w:gridCol w:w="2504"/>
        <w:gridCol w:w="2504"/>
        <w:gridCol w:w="2504"/>
        <w:gridCol w:w="2504"/>
      </w:tblGrid>
      <w:tr>
        <w:tc>
          <w:tcPr>
            <w:tcW w:type="dxa" w:w="250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VEHICLE REG.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[Plate]</w:t>
            </w:r>
          </w:p>
        </w:tc>
        <w:tc>
          <w:tcPr>
            <w:tcW w:type="dxa" w:w="250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[Name]</w:t>
            </w:r>
          </w:p>
        </w:tc>
        <w:tc>
          <w:tcPr>
            <w:tcW w:type="dxa" w:w="250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 PHONE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[Phone]</w:t>
            </w:r>
          </w:p>
        </w:tc>
        <w:tc>
          <w:tcPr>
            <w:tcW w:type="dxa" w:w="250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DEPARTURE TIME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[HH:MM]</w:t>
            </w:r>
          </w:p>
        </w:tc>
        <w:tc>
          <w:tcPr>
            <w:tcW w:type="dxa" w:w="250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RETURN TIME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[HH:MM]</w:t>
            </w:r>
          </w:p>
        </w:tc>
        <w:tc>
          <w:tcPr>
            <w:tcW w:type="dxa" w:w="250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TOTAL STOPS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[0]</w:t>
            </w:r>
          </w:p>
        </w:tc>
      </w:tr>
    </w:tbl>
    <w:p>
      <w:pPr>
        <w:spacing w:after="40"/>
      </w:pPr>
    </w:p>
    <w:tbl>
      <w:tblPr>
        <w:tblW w:type="dxa" w:w="15024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680"/>
        <w:gridCol w:w="1474"/>
        <w:gridCol w:w="2268"/>
        <w:gridCol w:w="3742"/>
        <w:gridCol w:w="850"/>
        <w:gridCol w:w="1247"/>
        <w:gridCol w:w="1020"/>
        <w:gridCol w:w="2551"/>
        <w:gridCol w:w="1191"/>
      </w:tblGrid>
      <w:tr>
        <w:tc>
          <w:tcPr>
            <w:tcW w:type="dxa" w:w="680"/>
            <w:shd w:val="clear" w:color="auto" w:fill="1A2438"/>
          </w:tcPr>
          <w:p>
            <w:pPr>
              <w:spacing w:after="2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STOP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WAYBILL NO.</w:t>
            </w:r>
          </w:p>
        </w:tc>
        <w:tc>
          <w:tcPr>
            <w:tcW w:type="dxa" w:w="2268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RECEIVER</w:t>
            </w:r>
          </w:p>
        </w:tc>
        <w:tc>
          <w:tcPr>
            <w:tcW w:type="dxa" w:w="3742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DELIVERY ADDRESS</w:t>
            </w:r>
          </w:p>
        </w:tc>
        <w:tc>
          <w:tcPr>
            <w:tcW w:type="dxa" w:w="85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PKGS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WEIGHT (KG)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ARRIVED</w:t>
            </w:r>
          </w:p>
        </w:tc>
        <w:tc>
          <w:tcPr>
            <w:tcW w:type="dxa" w:w="2551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RECEIVED BY (SIGN)</w:t>
            </w:r>
          </w:p>
        </w:tc>
        <w:tc>
          <w:tcPr>
            <w:tcW w:type="dxa" w:w="1191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9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Delivered ☐ Failed</w:t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9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9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9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9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5024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488"/>
        <w:gridCol w:w="2608"/>
        <w:gridCol w:w="1928"/>
      </w:tblGrid>
      <w:tr>
        <w:tc>
          <w:tcPr>
            <w:tcW w:type="dxa" w:w="10488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packages loaded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10488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weight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 kg</w:t>
            </w:r>
          </w:p>
        </w:tc>
      </w:tr>
      <w:tr>
        <w:tc>
          <w:tcPr>
            <w:tcW w:type="dxa" w:w="10488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Packages returned to depot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FAILED DELIVERIES / 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[Reason, action taken, re-delivery date.]</w:t>
      </w:r>
    </w:p>
    <w:tbl>
      <w:tblPr>
        <w:tblW w:type="dxa" w:w="15024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LOADED / CHECKED BY (DEPOT)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 — MANIFEST ACCEPTED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CHECKED IN ON RETURN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Multi-drop delivery manifest template — freeinvoicecreatortool.com/waybill-maker/</w:t>
      </w:r>
    </w:p>
    <w:sectPr w:rsidR="00FC693F" w:rsidRPr="0006063C" w:rsidSect="00034616">
      <w:pgSz w:w="16838" w:h="11906" w:orient="landscape"/>
      <w:pgMar w:top="567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Waybill Template Delivery Manifest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