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851"/>
        <w:gridCol w:w="4241"/>
      </w:tblGrid>
      <w:tr>
        <w:tc>
          <w:tcPr>
            <w:tcW w:type="dxa" w:w="5851"/>
          </w:tcPr>
          <w:p>
            <w:pPr>
              <w:spacing w:after="80"/>
            </w:pPr>
            <w:r/>
            <w:r>
              <w:rPr>
                <w:rFonts w:ascii="Calibri" w:hAnsi="Calibri"/>
                <w:b/>
                <w:i w:val="0"/>
                <w:color w:val="667085"/>
                <w:sz w:val="18"/>
              </w:rPr>
              <w:t>[LOGO]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8"/>
              </w:rPr>
              <w:t>[Your Company Name]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>[Address line 1, City, Country]  |  [Phone]  |  [Email]</w:t>
            </w:r>
          </w:p>
        </w:tc>
        <w:tc>
          <w:tcPr>
            <w:tcW w:type="dxa" w:w="4241"/>
          </w:tcPr>
          <w:p>
            <w:pPr>
              <w:spacing w:after="8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48"/>
              </w:rPr>
              <w:t>FREIGHT WAYBILL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Consignment note no.: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CN-[0001]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Date of dispatch: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[DD/MM/YYYY]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Customer order ref.: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[PO-0000]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Invoice ref.: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[INV-0000]</w:t>
            </w:r>
          </w:p>
        </w:tc>
      </w:tr>
    </w:tbl>
    <w:p>
      <w:pPr>
        <w:spacing w:after="120"/>
        <w:pBdr>
          <w:bottom w:val="single" w:sz="10" w:space="1" w:color="1A2438"/>
        </w:pBdr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CONSIGNOR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[Company]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[Loading 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[City, Country]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[Contact / phone]</w:t>
            </w:r>
          </w:p>
        </w:tc>
        <w:tc>
          <w:tcPr>
            <w:tcW w:type="dxa" w:w="3364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CONSIGNEE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[Company]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[Unloading 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[City, Country]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[Contact / phone]</w:t>
            </w:r>
          </w:p>
        </w:tc>
        <w:tc>
          <w:tcPr>
            <w:tcW w:type="dxa" w:w="3364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CARRIER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[Haulier / transport company]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[Contact / phone]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Carrier ref: [   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VEHICLE REG.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[Plate]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TRAILER / CONTAINER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[No.]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DRIVER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[Name]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DRIVER PHONE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[Phone]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LOADING POINT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[Place]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LOADING DATE / TIME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[DD/MM  HH:MM]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UNLOADING POINT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[Place]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UNLOADING DATE / TIME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[DD/MM  HH:MM]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  <w:tblLayout w:type="fixed"/>
      </w:tblPr>
      <w:tblGrid>
        <w:gridCol w:w="1814"/>
        <w:gridCol w:w="1134"/>
        <w:gridCol w:w="1361"/>
        <w:gridCol w:w="3175"/>
        <w:gridCol w:w="1474"/>
        <w:gridCol w:w="1134"/>
      </w:tblGrid>
      <w:tr>
        <w:tc>
          <w:tcPr>
            <w:tcW w:type="dxa" w:w="1814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MARKS &amp; NUMBERS</w:t>
            </w:r>
          </w:p>
        </w:tc>
        <w:tc>
          <w:tcPr>
            <w:tcW w:type="dxa" w:w="1134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NO. OF PKGS</w:t>
            </w:r>
          </w:p>
        </w:tc>
        <w:tc>
          <w:tcPr>
            <w:tcW w:type="dxa" w:w="1361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PACKING</w:t>
            </w:r>
          </w:p>
        </w:tc>
        <w:tc>
          <w:tcPr>
            <w:tcW w:type="dxa" w:w="3175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DESCRIPTION OF GOODS</w:t>
            </w:r>
          </w:p>
        </w:tc>
        <w:tc>
          <w:tcPr>
            <w:tcW w:type="dxa" w:w="1474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GROSS WEIGHT (KG)</w:t>
            </w:r>
          </w:p>
        </w:tc>
        <w:tc>
          <w:tcPr>
            <w:tcW w:type="dxa" w:w="1134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VOLUME (M³)</w:t>
            </w:r>
          </w:p>
        </w:tc>
      </w:tr>
      <w:tr>
        <w:tc>
          <w:tcPr>
            <w:tcW w:type="dxa" w:w="181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13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3175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13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181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13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3175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13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181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13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3175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13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181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13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3175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13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181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13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3175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13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181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13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3175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13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556"/>
        <w:gridCol w:w="2608"/>
        <w:gridCol w:w="1928"/>
      </w:tblGrid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Total packages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Total volume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 m³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  <w:shd w:val="clear" w:color="auto" w:fill="E8F2FD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Total gross weight</w:t>
            </w:r>
          </w:p>
        </w:tc>
        <w:tc>
          <w:tcPr>
            <w:tcW w:type="dxa" w:w="1928"/>
            <w:shd w:val="clear" w:color="auto" w:fill="E8F2FD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[0.00] kg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HAZARDOUS GOODS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☐ No  ☐ Yes — UN no.: [    ]  Class: [  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SPECIAL HANDLING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[Keep dry / fragile / temperature: __ °C]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FREIGHT PAYABLE BY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☐ Consignor  ☐ Consignee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DOCUMENTS ATTACHED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☐ Invoice  ☐ Packing list  ☐ Other</w:t>
            </w:r>
          </w:p>
        </w:tc>
      </w:tr>
    </w:tbl>
    <w:p>
      <w:pPr>
        <w:spacing w:after="40"/>
      </w:pP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REMARKS / RESERVATIONS ON DELIVERY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172033"/>
          <w:sz w:val="19"/>
        </w:rPr>
        <w:t>[Record shortages, damage or seal discrepancies here before signing.]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CONSIGNOR — GOODS LOADED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  <w:tc>
          <w:tcPr>
            <w:tcW w:type="dxa" w:w="3364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CARRIER / DRIVER — GOODS RECEIVED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  <w:tc>
          <w:tcPr>
            <w:tcW w:type="dxa" w:w="3364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CONSIGNEE — GOODS DELIVERED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</w:tr>
    </w:tbl>
    <w:p>
      <w:pPr>
        <w:spacing w:before="120"/>
        <w:jc w:val="center"/>
      </w:pPr>
      <w:r>
        <w:rPr>
          <w:rFonts w:ascii="Calibri" w:hAnsi="Calibri"/>
          <w:b w:val="0"/>
          <w:i/>
          <w:color w:val="667085"/>
          <w:sz w:val="16"/>
        </w:rPr>
        <w:t>Freight / truck consignment note template — freeinvoicecreatortool.com/waybill-maker/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Waybill Template Freight Consignment Note</dc:title>
  <dc:subject/>
  <dc:creator>Free Invoice Creator Tool</dc:creator>
  <cp:keywords/>
  <dc:description>Editable Word template from freeinvoicecreatortool.com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