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851"/>
        <w:gridCol w:w="4241"/>
      </w:tblGrid>
      <w:tr>
        <w:tc>
          <w:tcPr>
            <w:tcW w:type="dxa" w:w="5851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i w:val="0"/>
                <w:color w:val="667085"/>
                <w:sz w:val="18"/>
              </w:rPr>
              <w:t>[LOGO]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8"/>
              </w:rPr>
              <w:t>[Your Company Name]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>[Address line 1, City, Country]  |  [Phone]  |  [Email]</w:t>
            </w:r>
          </w:p>
        </w:tc>
        <w:tc>
          <w:tcPr>
            <w:tcW w:type="dxa" w:w="4241"/>
          </w:tcPr>
          <w:p>
            <w:pPr>
              <w:spacing w:after="8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48"/>
              </w:rPr>
              <w:t>INTERNATIONAL WAYBILL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Waybill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IWB-[0001]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Date: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Commercial invoice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[INV-0000]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Incoterms: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[EXW / FOB / CIF / DAP / DDP]</w:t>
            </w:r>
          </w:p>
        </w:tc>
      </w:tr>
    </w:tbl>
    <w:p>
      <w:pPr>
        <w:spacing w:after="120"/>
        <w:pBdr>
          <w:bottom w:val="single" w:sz="10" w:space="1" w:color="1A2438"/>
        </w:pBdr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EXPORTER / SHIPPER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[Company]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/ EORI no.: [   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</w:tc>
        <w:tc>
          <w:tcPr>
            <w:tcW w:type="dxa" w:w="3364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IMPORTER / CONSIGNEE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[Company]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/ importer no.: [   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</w:tc>
        <w:tc>
          <w:tcPr>
            <w:tcW w:type="dxa" w:w="3364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NOTIFY PARTY (IF DIFFERENT)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[Company]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[Contact / phone]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COUNTRY OF ORIGIN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[Country]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COUNTRY OF DESTINATION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[Country]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MODE OF TRANSPORT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☐ Road ☐ Sea ☐ Air ☐ Rail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CARRIER / FORWARDER &amp; REF.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[Name / booking ref.]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3515"/>
        <w:gridCol w:w="1247"/>
        <w:gridCol w:w="907"/>
        <w:gridCol w:w="907"/>
        <w:gridCol w:w="1247"/>
        <w:gridCol w:w="1361"/>
        <w:gridCol w:w="907"/>
      </w:tblGrid>
      <w:tr>
        <w:tc>
          <w:tcPr>
            <w:tcW w:type="dxa" w:w="3515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 OF GOODS</w:t>
            </w:r>
          </w:p>
        </w:tc>
        <w:tc>
          <w:tcPr>
            <w:tcW w:type="dxa" w:w="1247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HS CODE</w:t>
            </w:r>
          </w:p>
        </w:tc>
        <w:tc>
          <w:tcPr>
            <w:tcW w:type="dxa" w:w="907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</w:t>
            </w:r>
          </w:p>
        </w:tc>
        <w:tc>
          <w:tcPr>
            <w:tcW w:type="dxa" w:w="907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PKGS</w:t>
            </w:r>
          </w:p>
        </w:tc>
        <w:tc>
          <w:tcPr>
            <w:tcW w:type="dxa" w:w="1247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GROSS WT (KG)</w:t>
            </w:r>
          </w:p>
        </w:tc>
        <w:tc>
          <w:tcPr>
            <w:tcW w:type="dxa" w:w="136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DECLARED VALUE</w:t>
            </w:r>
          </w:p>
        </w:tc>
        <w:tc>
          <w:tcPr>
            <w:tcW w:type="dxa" w:w="907"/>
            <w:shd w:val="clear" w:color="auto" w:fill="1A2438"/>
          </w:tcPr>
          <w:p>
            <w:pPr>
              <w:spacing w:after="20"/>
              <w:jc w:val="center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CURRENCY</w:t>
            </w:r>
          </w:p>
        </w:tc>
      </w:tr>
      <w:tr>
        <w:tc>
          <w:tcPr>
            <w:tcW w:type="dxa" w:w="351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351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351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351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3515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247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36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60" w:before="60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56"/>
        <w:gridCol w:w="2608"/>
        <w:gridCol w:w="1928"/>
      </w:tblGrid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Total packages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Total gross weight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 kg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  <w:shd w:val="clear" w:color="auto" w:fill="E8F2FD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Total declared value</w:t>
            </w:r>
          </w:p>
        </w:tc>
        <w:tc>
          <w:tcPr>
            <w:tcW w:type="dxa" w:w="1928"/>
            <w:shd w:val="clear" w:color="auto" w:fill="E8F2FD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[CUR] [0.00]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REASON FOR EXPORT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☐ Sale ☐ Sample ☐ Repair ☐ Return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FREIGHT CHARGES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☐ Prepaid ☐ Collect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INSURANCE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☐ Yes ☐ No</w:t>
            </w:r>
          </w:p>
        </w:tc>
        <w:tc>
          <w:tcPr>
            <w:tcW w:type="dxa" w:w="2523"/>
            <w:shd w:val="clear" w:color="auto" w:fill="F3F6FB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DOCUMENTS ATTACHED</w:t>
            </w:r>
          </w:p>
          <w:p>
            <w:pPr>
              <w:spacing w:after="40"/>
            </w:pPr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☐ Commercial invoice ☐ Packing list ☐ Certificate of origin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DECLARATION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[I declare that the particulars given above are true and correct and that the goods are as described.]</w:t>
      </w: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EXPORTER — DECLARED BY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  <w:tc>
          <w:tcPr>
            <w:tcW w:type="dxa" w:w="3364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CARRIER — RECEIVED FOR CARRIAGE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  <w:tc>
          <w:tcPr>
            <w:tcW w:type="dxa" w:w="3364"/>
          </w:tcPr>
          <w:p>
            <w:r/>
            <w:r>
              <w:rPr>
                <w:rFonts w:ascii="Calibri" w:hAnsi="Calibri"/>
                <w:b/>
                <w:i w:val="0"/>
                <w:color w:val="667085"/>
                <w:sz w:val="14"/>
              </w:rPr>
              <w:t>CONSIGNEE — RECEIVED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Name:  ______________________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Signature:  __________________</w:t>
            </w:r>
          </w:p>
          <w:p>
            <w:pPr>
              <w:spacing w:before="100" w:after="0"/>
            </w:pPr>
            <w:r>
              <w:rPr>
                <w:rFonts w:ascii="Calibri" w:hAnsi="Calibri"/>
                <w:b w:val="0"/>
                <w:i w:val="0"/>
                <w:color w:val="667085"/>
                <w:sz w:val="17"/>
              </w:rPr>
              <w:t>Date / time:  ________________</w:t>
            </w:r>
          </w:p>
        </w:tc>
      </w:tr>
    </w:tbl>
    <w:p>
      <w:pPr>
        <w:spacing w:before="120"/>
        <w:jc w:val="center"/>
      </w:pPr>
      <w:r>
        <w:rPr>
          <w:rFonts w:ascii="Calibri" w:hAnsi="Calibri"/>
          <w:b w:val="0"/>
          <w:i/>
          <w:color w:val="667085"/>
          <w:sz w:val="16"/>
        </w:rPr>
        <w:t>International / export waybill template — freeinvoicecreatortool.com/waybill-maker/  ·  Check destination customs requirements before shipping.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Waybill Template International Export</dc:title>
  <dc:subject/>
  <dc:creator>Free Invoice Creator Tool</dc:creator>
  <cp:keywords/>
  <dc:description>Editable Word template from freeinvoicecreatortool.com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